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Djúpivogur, Eastfjords, Iceland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Iceland's quietest cruise calls — a Cittaslow fishing village framed by a perfect pyramid mountain, famous for 34 giant egg sculptures along the shore and boat trips to a puffin island most tourists never reach.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or small pier (varies by ship) · 🕒 Typical call: 6–8 hrs · 💵 Icelandic Króna (ISK) · cards widely accepted · 🗣️ Icelandic (English spoken)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Small harbour pier or tender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5 min from harbour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Scenery · Puffins · Slow travel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Eggin í Gleðivík egg sculptures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 xml:space="preserve">Varies widely — Traditional taxis are scarce in Djúpivogur and must be arranged in advance. Private vehicle transfers are available for 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Eggin í Gleðivík — Eggs of Merry Bay — </w:t>
      </w:r>
      <w:r>
        <w:rPr>
          <w:rFonts w:ascii="Arial" w:hAnsi="Arial" w:cs="Arial"/>
          <w:b w:val="0"/>
          <w:i w:val="0"/>
          <w:sz w:val="20"/>
        </w:rPr>
        <w:t>Thirty-four oversized granite egg sculptures line the harbour shore, each representing a local seabird species.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Papey Island Puffin Boat Trip — </w:t>
      </w:r>
      <w:r>
        <w:rPr>
          <w:rFonts w:ascii="Arial" w:hAnsi="Arial" w:cs="Arial"/>
          <w:b w:val="0"/>
          <w:i w:val="0"/>
          <w:sz w:val="20"/>
        </w:rPr>
        <w:t>A short boat ride to Papey, a small uninhabited island teeming with Atlantic puffins, eider ducks, and other seabirds.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Búlandstindur &amp; Eastfjords Scenic Drive — </w:t>
      </w:r>
      <w:r>
        <w:rPr>
          <w:rFonts w:ascii="Arial" w:hAnsi="Arial" w:cs="Arial"/>
          <w:b w:val="0"/>
          <w:i w:val="0"/>
          <w:sz w:val="20"/>
        </w:rPr>
        <w:t>The perfect pyramid of Búlandstindur (1,069 m) looms over the village and is considered a sacred mountain in local lore.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Vatnajökull &amp; Glacier Day Tour — </w:t>
      </w:r>
      <w:r>
        <w:rPr>
          <w:rFonts w:ascii="Arial" w:hAnsi="Arial" w:cs="Arial"/>
          <w:b w:val="0"/>
          <w:i w:val="0"/>
          <w:sz w:val="20"/>
        </w:rPr>
        <w:t>Djúpivogur sits on the edge of Vatnajökull National Park — Europe's largest glacier is within day-trip range.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Eggin í Gleðivík sculpture trail: </w:t>
      </w:r>
      <w:r>
        <w:rPr>
          <w:rFonts w:ascii="Arial" w:hAnsi="Arial" w:cs="Arial"/>
          <w:b w:val="0"/>
          <w:i w:val="0"/>
          <w:sz w:val="20"/>
        </w:rPr>
        <w:t>~1.5 km · 25 min · easy, flat — Walk the full egg sculpture trail along the Merry Bay shoreline from the harbour.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Village &amp; viewpoint stroll: </w:t>
      </w:r>
      <w:r>
        <w:rPr>
          <w:rFonts w:ascii="Arial" w:hAnsi="Arial" w:cs="Arial"/>
          <w:b w:val="0"/>
          <w:i w:val="0"/>
          <w:sz w:val="20"/>
        </w:rPr>
        <w:t>~2 km · 45 min · easy — A short loop through the tiny village to a viewpoint looking back across the bay towards…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37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14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51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43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17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3:36AM–10:13PM · Sep 6:20AM–7:22PM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cruiseports.org/djupivogur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Djúpivogur, Eastfjords, Iceland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djupivogur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Teigarhorn Natural Monument and Nature Preserve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4.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Djupivogur Lighthouse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JFS Handcrafts - Steinasafn - Stonegarden - Free entry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5.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Snædalsfoss (Waterfall)</w:t>
            </w:r>
          </w:p>
        </w:tc>
      </w:tr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3.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Eggin í Gleðivík</w:t>
            </w:r>
          </w:p>
        </w:tc>
        <w:tc>
          <w:tcPr>
            <w:tcW w:type="dxa" w:w="5256"/>
          </w:tcPr>
          <w:p/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