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Djúpavík, Westfjords,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cruise calls. A handful of residents, a cathedral-sized herring factory, a tumbling waterfall, and silence so total it rings — Djúpavík is what the edges of the earth actually feel like.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(Zodiac landing) · 🕒 Typical call: 4–6 hrs · 💳 Cashless (card only) · 🗣️ Icelandic / English · 🧊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Zodiacs to a small concrete pier below the factory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1–2 min; everything is within 500 m of the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history, photography, dramatic Arctic landscapes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Inside the old herring factory and the Djúpavíkurfoss waterfall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Herring Factory Guided Tour — </w:t>
      </w:r>
      <w:r>
        <w:rPr>
          <w:rFonts w:ascii="Arial" w:hAnsi="Arial" w:cs="Arial"/>
          <w:b w:val="0"/>
          <w:i w:val="0"/>
          <w:sz w:val="20"/>
        </w:rPr>
        <w:t>Step inside the largest concrete building built in Iceland in the 1930s.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Djúpavíkurfoss Waterfall Hike — </w:t>
      </w:r>
      <w:r>
        <w:rPr>
          <w:rFonts w:ascii="Arial" w:hAnsi="Arial" w:cs="Arial"/>
          <w:b w:val="0"/>
          <w:i w:val="0"/>
          <w:sz w:val="20"/>
        </w:rPr>
        <w:t>A 5-minute walk from the pier reaches the base of this dramatic waterfall tumbling from the cliffs above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Krossneslaug Geothermal Pool — </w:t>
      </w:r>
      <w:r>
        <w:rPr>
          <w:rFonts w:ascii="Arial" w:hAnsi="Arial" w:cs="Arial"/>
          <w:b w:val="0"/>
          <w:i w:val="0"/>
          <w:sz w:val="20"/>
        </w:rPr>
        <w:t>One of Iceland's most celebrated remote pools at Krossnes, set right on the edge of a stony beach with geothermal water and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Hotel Djúpavík &amp; Local History — </w:t>
      </w:r>
      <w:r>
        <w:rPr>
          <w:rFonts w:ascii="Arial" w:hAnsi="Arial" w:cs="Arial"/>
          <w:b w:val="0"/>
          <w:i w:val="0"/>
          <w:sz w:val="20"/>
        </w:rPr>
        <w:t>The former female workers' dormitory is now a cosy hotel filled with period photos, antique furniture, and Icelandic warmth.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MS Suðurland Shipwreck &amp; Shoreline Walk — </w:t>
      </w:r>
      <w:r>
        <w:rPr>
          <w:rFonts w:ascii="Arial" w:hAnsi="Arial" w:cs="Arial"/>
          <w:b w:val="0"/>
          <w:i w:val="0"/>
          <w:sz w:val="20"/>
        </w:rPr>
        <w:t>A rusting ship's hull rests on the shoreline just a few minutes' walk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Factory, Waterfall &amp; Shipwreck: </w:t>
      </w:r>
      <w:r>
        <w:rPr>
          <w:rFonts w:ascii="Arial" w:hAnsi="Arial" w:cs="Arial"/>
          <w:b w:val="0"/>
          <w:i w:val="0"/>
          <w:sz w:val="20"/>
        </w:rPr>
        <w:t>1.5 km · 30–40 min · Easy · Free — From the tender pier walk straight ahead to the herring factory entrance (50 m), then follow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Summit Trail: </w:t>
      </w:r>
      <w:r>
        <w:rPr>
          <w:rFonts w:ascii="Arial" w:hAnsi="Arial" w:cs="Arial"/>
          <w:b w:val="0"/>
          <w:i w:val="0"/>
          <w:sz w:val="20"/>
        </w:rPr>
        <w:t>2 km return · 60–90 min · Moderate (steep) · Free — From the waterfall base a marked trail climbs steeply to the plateau above.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cruiseports.org/djupavik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Djúpavík, Westfjords,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jupa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Sorcerer's Cottage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Djúpavík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 Watching Hólmavík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