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Disney Lookout Cay, Eleuthera,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Opened in 2024 on the southern tip of Eleuthera, Disney's second private island puts Bahamian culture center stage — Junkanoo parades, pink-sand beaches, and Disney characters in festival wear.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7-9 hrs · 💵 USD / Key to the World card · 🗣️ English · 🏖️ Private island — Disney Cruise Line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long 0.5–0.8 mi walk from ship, then tram to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Families, Disney fans, beach days, Bahamian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Rush! — the live Junkanoo parade at the Goombay Cultural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Exclusive To: </w:t>
      </w:r>
      <w:r>
        <w:rPr>
          <w:rFonts w:ascii="Arial" w:hAnsi="Arial" w:cs="Arial"/>
          <w:b w:val="0"/>
          <w:i w:val="0"/>
          <w:sz w:val="20"/>
        </w:rPr>
        <w:t>Disney Cruise Line (Magic, Dream, Fantasy, Wish, Destiny)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Rush! — Junkanoo Parade — </w:t>
      </w:r>
      <w:r>
        <w:rPr>
          <w:rFonts w:ascii="Arial" w:hAnsi="Arial" w:cs="Arial"/>
          <w:b w:val="0"/>
          <w:i w:val="0"/>
          <w:sz w:val="20"/>
        </w:rPr>
        <w:t>The heart of Lookout Cay: a live high-energy Bahamian Junkanoo celebration with local performers, brass instruments, and Disney…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Reef — </w:t>
      </w:r>
      <w:r>
        <w:rPr>
          <w:rFonts w:ascii="Arial" w:hAnsi="Arial" w:cs="Arial"/>
          <w:b w:val="0"/>
          <w:i w:val="0"/>
          <w:sz w:val="20"/>
        </w:rPr>
        <w:t>Rent snorkel gear and explore the vibrant reef off the Family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Serenity Bay (Adults Only) — </w:t>
      </w:r>
      <w:r>
        <w:rPr>
          <w:rFonts w:ascii="Arial" w:hAnsi="Arial" w:cs="Arial"/>
          <w:b w:val="0"/>
          <w:i w:val="0"/>
          <w:sz w:val="20"/>
        </w:rPr>
        <w:t>A quieter, 18+ beach section with its own BBQ buffet, bar, and optional private cabanas.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Private Cabana — </w:t>
      </w:r>
      <w:r>
        <w:rPr>
          <w:rFonts w:ascii="Arial" w:hAnsi="Arial" w:cs="Arial"/>
          <w:b w:val="0"/>
          <w:i w:val="0"/>
          <w:sz w:val="20"/>
        </w:rPr>
        <w:t>Family cabanas at Mabrika Cove and adults-only cabanas at Serenity Bay include shaded lounge areas, a stocked mini-fridge,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Banana Boat — </w:t>
      </w:r>
      <w:r>
        <w:rPr>
          <w:rFonts w:ascii="Arial" w:hAnsi="Arial" w:cs="Arial"/>
          <w:b w:val="0"/>
          <w:i w:val="0"/>
          <w:sz w:val="20"/>
        </w:rPr>
        <w:t>Paddle the calm coves in a kayak or hang on for a laughing, splashing banana boat ride.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Mabrika Cove to Family Beach: </w:t>
      </w:r>
      <w:r>
        <w:rPr>
          <w:rFonts w:ascii="Arial" w:hAnsi="Arial" w:cs="Arial"/>
          <w:b w:val="0"/>
          <w:i w:val="0"/>
          <w:sz w:val="20"/>
        </w:rPr>
        <w:t>~5 min | Flat | Sun-exposed — Walk from the tram arrival point at Mabrika Cove to the main Family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Family Beach to Serenity Bay: </w:t>
      </w:r>
      <w:r>
        <w:rPr>
          <w:rFonts w:ascii="Arial" w:hAnsi="Arial" w:cs="Arial"/>
          <w:b w:val="0"/>
          <w:i w:val="0"/>
          <w:sz w:val="20"/>
        </w:rPr>
        <w:t>~10 min | Flat | Adults only section — Continue past the Family Beach along the path to the adults-only Serenity Bay at the far end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5:19AM–8:18PM · Jul 5:16AM–8:39PM · Sep 6:31AM–7:02PM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cruiseports.org/disney-lookout-cay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Disney Lookout Cay, Eleuthera,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isney-lookout-ca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Disney Lighthouse Point Marina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Disney’s Lookout Cay at Lighthouse 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