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Castaway Cay, Bahamas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Disney's private Bahamian island is the kind of shore day that makes kids forget they're on a ship — and makes parents forget to worry. Ships dock right at the pier, the BBQ lunch is on the house, and characters show up in their beach clothes.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(direct dock) · 🕒 Typical call: 7-9 hrs · 💵 USD / Key to the World card · 🗣️ English · 🏖️ Disney Cruise Line exclusive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Direct pier — no tenders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Access: </w:t>
      </w:r>
      <w:r>
        <w:rPr>
          <w:rFonts w:ascii="Arial" w:hAnsi="Arial" w:cs="Arial"/>
          <w:b w:val="0"/>
          <w:i w:val="0"/>
          <w:sz w:val="20"/>
        </w:rPr>
        <w:t>Disney Cruise Line guests only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Families, couples, beach days with no hassle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Pelican Plunge floating water park (free)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Family Beach &amp; Pelican Plunge (Included) — </w:t>
      </w:r>
      <w:r>
        <w:rPr>
          <w:rFonts w:ascii="Arial" w:hAnsi="Arial" w:cs="Arial"/>
          <w:b w:val="0"/>
          <w:i w:val="0"/>
          <w:sz w:val="20"/>
        </w:rPr>
        <w:t>The main beach has calm, clear water, complimentary chairs, umbrellas, and towels.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Serenity Bay Adult Beach (Included) — </w:t>
      </w:r>
      <w:r>
        <w:rPr>
          <w:rFonts w:ascii="Arial" w:hAnsi="Arial" w:cs="Arial"/>
          <w:b w:val="0"/>
          <w:i w:val="0"/>
          <w:sz w:val="20"/>
        </w:rPr>
        <w:t>Adults-only stretch of beach on the far side of the island with its own BBQ lunch spot, bar, and calmer vibe.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Snorkeling the 22-Acre Lagoon — </w:t>
      </w:r>
      <w:r>
        <w:rPr>
          <w:rFonts w:ascii="Arial" w:hAnsi="Arial" w:cs="Arial"/>
          <w:b w:val="0"/>
          <w:i w:val="0"/>
          <w:sz w:val="20"/>
        </w:rPr>
        <w:t>Explore a purpose-built snorkeling lagoon with sunken Disney-themed surprises — a submarine, a sunken ship, and a Mickey Mouse…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Castaway Ray's Stingray Adventure — </w:t>
      </w:r>
      <w:r>
        <w:rPr>
          <w:rFonts w:ascii="Arial" w:hAnsi="Arial" w:cs="Arial"/>
          <w:b w:val="0"/>
          <w:i w:val="0"/>
          <w:sz w:val="20"/>
        </w:rPr>
        <w:t>A guided educational experience where you wade into an enclosed lagoon to feed and touch southern stingrays under Cast Member…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Castaway Cay 5K — </w:t>
      </w:r>
      <w:r>
        <w:rPr>
          <w:rFonts w:ascii="Arial" w:hAnsi="Arial" w:cs="Arial"/>
          <w:b w:val="0"/>
          <w:i w:val="0"/>
          <w:sz w:val="20"/>
        </w:rPr>
        <w:t>A complimentary, self-paced 3.1-mile run or walk along the island's paved paths.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Pier to Family Beach Stroll: </w:t>
      </w:r>
      <w:r>
        <w:rPr>
          <w:rFonts w:ascii="Arial" w:hAnsi="Arial" w:cs="Arial"/>
          <w:b w:val="0"/>
          <w:i w:val="0"/>
          <w:sz w:val="20"/>
        </w:rPr>
        <w:t>~0.3 miles · 5 min · flat paved path — Walk straight from the gangway past the Kargo Handling tram stop through a lush, themed corridor to…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Island Explorer Walk to Mount Rustmore: </w:t>
      </w:r>
      <w:r>
        <w:rPr>
          <w:rFonts w:ascii="Arial" w:hAnsi="Arial" w:cs="Arial"/>
          <w:b w:val="0"/>
          <w:i w:val="0"/>
          <w:sz w:val="20"/>
        </w:rPr>
        <w:t>~1 mile loop · 20 min · flat — From the Family Beach, follow the paved path past Pelican Point toward Mount Rustmore — a giant…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6:23AM–7:49PM · Jul 6:27AM–8:04PM · Sep 6:56AM–7:13PM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cruiseports.org/disney-castaway-cay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Castaway Cay, Bahamas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isney-castaway-cay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Castaway Ray's Stingray Adventure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Pelican Plunge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