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Dili, Timor-Leste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youngest nations and most raw cruise destinations, Dili delivers a rare mix of poignant independence history, Portuguese colonial atmosphere, and stunning untouched reef diving — all without a souvenir mall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 dock) · 🕒 Typical call: 8-10 hrs · 💵 USD (US Dollar) · 🗣️ Tetum &amp; Portuguese · 🤿 World-class reef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 of Dili for most ships; very large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(1 km) to city centre along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snorkelling &amp; diving, off-the-beaten-path adventure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Cristo Rei statue, Resistance Museum, Tais Market, Timor coffee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USD — Most common option; fares are negotiated upfront as meters are rarely used. Agree on a price before getting in — short 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Cristo Rei of Dili — </w:t>
      </w:r>
      <w:r>
        <w:rPr>
          <w:rFonts w:ascii="Arial" w:hAnsi="Arial" w:cs="Arial"/>
          <w:b w:val="0"/>
          <w:i w:val="0"/>
          <w:sz w:val="20"/>
        </w:rPr>
        <w:t>A 27 m statue of Christ atop a globe at the tip of a headland — a gift from Indonesia in 1996.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Timorese Resistance Archive &amp; Museum (AMRT) — </w:t>
      </w:r>
      <w:r>
        <w:rPr>
          <w:rFonts w:ascii="Arial" w:hAnsi="Arial" w:cs="Arial"/>
          <w:b w:val="0"/>
          <w:i w:val="0"/>
          <w:sz w:val="20"/>
        </w:rPr>
        <w:t>A world-class museum dedicated to East Timor's 24-year fight against Indonesian occupation.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Atauro Island Snorkel &amp; Dive — </w:t>
      </w:r>
      <w:r>
        <w:rPr>
          <w:rFonts w:ascii="Arial" w:hAnsi="Arial" w:cs="Arial"/>
          <w:b w:val="0"/>
          <w:i w:val="0"/>
          <w:sz w:val="20"/>
        </w:rPr>
        <w:t>Just 25 km north of Dili, Atauro Island's reefs are recognized by Conservation International as among the most biodiverse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Tais Market &amp; Old Town Stroll — </w:t>
      </w:r>
      <w:r>
        <w:rPr>
          <w:rFonts w:ascii="Arial" w:hAnsi="Arial" w:cs="Arial"/>
          <w:b w:val="0"/>
          <w:i w:val="0"/>
          <w:sz w:val="20"/>
        </w:rPr>
        <w:t>Browse the open-air Tais Market for hand-woven Timorese textiles, bags, and jewelry — unique, authentic, and bought directly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Cruz Cemetery &amp; Chega! Prison Exhibition — </w:t>
      </w:r>
      <w:r>
        <w:rPr>
          <w:rFonts w:ascii="Arial" w:hAnsi="Arial" w:cs="Arial"/>
          <w:b w:val="0"/>
          <w:i w:val="0"/>
          <w:sz w:val="20"/>
        </w:rPr>
        <w:t>In 1991 Indonesian forces fired on mourners at Santa Cruz Cemetery, killing 250+ — the massacre was filmed and galvanized…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City Centre Waterfront Walk: </w:t>
      </w:r>
      <w:r>
        <w:rPr>
          <w:rFonts w:ascii="Arial" w:hAnsi="Arial" w:cs="Arial"/>
          <w:b w:val="0"/>
          <w:i w:val="0"/>
          <w:sz w:val="20"/>
        </w:rPr>
        <w:t>1 km · ~15 min · Flat — Head east from the port gates along Avenida de Portugal past the Portuguese embassy quarter…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Centre to Resistance Museum: </w:t>
      </w:r>
      <w:r>
        <w:rPr>
          <w:rFonts w:ascii="Arial" w:hAnsi="Arial" w:cs="Arial"/>
          <w:b w:val="0"/>
          <w:i w:val="0"/>
          <w:sz w:val="20"/>
        </w:rPr>
        <w:t>~1 km from city centre · ~20 min from port · Flat — From the Tais Market, continue inland to the Timorese Resistance Archive and Museum (AMRT).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6:42AM–6:25PM · Jul 6:53AM–6:33PM · Sep 6:31AM–6:34PM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cruiseports.org/dili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Dili, Timor-Leste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l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Timorese Resistance Archive &amp;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Tais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Largo de Lecidere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Immaculate Conception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Anthony of Motael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An-Nur Mosque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