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Dieppe,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oldest seaside resort perches beneath towering chalk cliffs on the Alabaster Coast — home to a famous WWII raid, the best scallops in Normandy, and a market voted the finest in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(small/mid-size ships only) · 🕒 Typical call: 7-9 hrs · 💶 Currency: Euro (€) · 🗣️ Language: French · 🏖️ Pebble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up to ~160 m dock at Quai Henri IV / Bassin de Paris; mega-ships cannot enter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gangway — pier is in the heart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foodies, market lovers, cliff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Château-Musée de Dieppe ivory collection and a seafood lunch on Quai Henri IV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€10–€14 — Taxis queue at the ferry terminal after arrivals. Roughly €10–12 to the town center (≈2 km, 5–7 min) and €12–14 to the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Château-Musée de Dieppe — </w:t>
      </w:r>
      <w:r>
        <w:rPr>
          <w:rFonts w:ascii="Arial" w:hAnsi="Arial" w:cs="Arial"/>
          <w:b w:val="0"/>
          <w:i w:val="0"/>
          <w:sz w:val="20"/>
        </w:rPr>
        <w:t>A 14th-century cliff-top castle housing one of Europe's finest collections of carved ivory — Dieppe was once the world center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Dieppe Raid Memorial Museum — </w:t>
      </w:r>
      <w:r>
        <w:rPr>
          <w:rFonts w:ascii="Arial" w:hAnsi="Arial" w:cs="Arial"/>
          <w:b w:val="0"/>
          <w:i w:val="0"/>
          <w:sz w:val="20"/>
        </w:rPr>
        <w:t>Housed in a 19th-century theater, this moving museum commemorates the August 1942 Jubilee Raid where over 900 Canadian soldiers…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Saturday Grand Market — </w:t>
      </w:r>
      <w:r>
        <w:rPr>
          <w:rFonts w:ascii="Arial" w:hAnsi="Arial" w:cs="Arial"/>
          <w:b w:val="0"/>
          <w:i w:val="0"/>
          <w:sz w:val="20"/>
        </w:rPr>
        <w:t>Voted the Finest Market in France in 2020, Dieppe's Saturday market spreads across the town center with Norman cheeses, fresh…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Alabaster Coast Cliff Walk — </w:t>
      </w:r>
      <w:r>
        <w:rPr>
          <w:rFonts w:ascii="Arial" w:hAnsi="Arial" w:cs="Arial"/>
          <w:b w:val="0"/>
          <w:i w:val="0"/>
          <w:sz w:val="20"/>
        </w:rPr>
        <w:t>Dieppe sits on the famous Côte d'Albâtre — the same dramatic chalk cliffs Monet painted at Étretat.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Normandy Seafood Lunch on Quai Henri IV — </w:t>
      </w:r>
      <w:r>
        <w:rPr>
          <w:rFonts w:ascii="Arial" w:hAnsi="Arial" w:cs="Arial"/>
          <w:b w:val="0"/>
          <w:i w:val="0"/>
          <w:sz w:val="20"/>
        </w:rPr>
        <w:t>Dieppe is the scallop capital of France — the Quai Henri IV waterfront promenade is lined with seafood brasseries serving fresh…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Waterfront Loop: </w:t>
      </w:r>
      <w:r>
        <w:rPr>
          <w:rFonts w:ascii="Arial" w:hAnsi="Arial" w:cs="Arial"/>
          <w:b w:val="0"/>
          <w:i w:val="0"/>
          <w:sz w:val="20"/>
        </w:rPr>
        <w:t>2-3 km · 45-60 min · Easy · Free — From the pier, walk along the Quai Henri IV marina to the Grande Rue pedestrian shopping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Cliffside Chapel Panorama: </w:t>
      </w:r>
      <w:r>
        <w:rPr>
          <w:rFonts w:ascii="Arial" w:hAnsi="Arial" w:cs="Arial"/>
          <w:b w:val="0"/>
          <w:i w:val="0"/>
          <w:sz w:val="20"/>
        </w:rPr>
        <w:t>3-4 km · 60-75 min · Moderate (steep stairs) · Free — Head east along the seafront promenade past the pebble beach to the base of the eastern cliff,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6:10AM–9:34PM · Jul 6:04AM–9:58PM · Sep 7:32AM–8:08PM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cruiseports.org/dieppe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Dieppe,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epp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Michel Ciry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Shamrock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Jacques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History of Everyday Life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Dieppe Ville d'art Et d'histoire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Estran Cité de la Mer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Navigation Normandy - Dieppe, Promenade and sea fishing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Bois des Moutiers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