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Devonport, Tasmania,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Tasmania's northwest gateway blends maritime heritage with wild hinterland — home to ancient Aboriginal rock carvings, a striped lighthouse on volcanic headland, and some of the world's best platypus spotting, all within easy reach of Cradle Mountain.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(no tender) · 🕒 Typical call: 6–8 hrs · 💵 Australian Dollar (AUD) · 🗣️ English · 🌿 World Heritage wilderness day trips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East Devonport wharf; shuttle or Torquay Ferry to CBD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West berth; 15–20 min shuttle ride from East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Nature, wildlife, heritage railways, Tasmanian food &amp; gin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Mersey Bluff Lighthouse &amp; Aboriginal rock carvings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A–25 — Regulated taxis serve Devonport with metered fares (flagfall ~A.90, ~A.68/km). The city center is roughly 5–7 km from 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Cradle Mountain Day Trip — </w:t>
      </w:r>
      <w:r>
        <w:rPr>
          <w:rFonts w:ascii="Arial" w:hAnsi="Arial" w:cs="Arial"/>
          <w:b w:val="0"/>
          <w:i w:val="0"/>
          <w:sz w:val="20"/>
        </w:rPr>
        <w:t>The crown jewel of Tasmanian wilderness — jagged dolerite peaks reflected in Dove Lake, roaming wombats, and ancient pencil-pine…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 River Railway — </w:t>
      </w:r>
      <w:r>
        <w:rPr>
          <w:rFonts w:ascii="Arial" w:hAnsi="Arial" w:cs="Arial"/>
          <w:b w:val="0"/>
          <w:i w:val="0"/>
          <w:sz w:val="20"/>
        </w:rPr>
        <w:t>Volunteer-run heritage railway that steams through bushland along the Don River to Coles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Platypus Spotting — Tasmanian Arboretum — </w:t>
      </w:r>
      <w:r>
        <w:rPr>
          <w:rFonts w:ascii="Arial" w:hAnsi="Arial" w:cs="Arial"/>
          <w:b w:val="0"/>
          <w:i w:val="0"/>
          <w:sz w:val="20"/>
        </w:rPr>
        <w:t>The 120-hectare Tasmanian Arboretum in Eugenana (15 min drive) is one of the world's most reliable spots to see wild platypuses.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Bass Strait Maritime Centre — </w:t>
      </w:r>
      <w:r>
        <w:rPr>
          <w:rFonts w:ascii="Arial" w:hAnsi="Arial" w:cs="Arial"/>
          <w:b w:val="0"/>
          <w:i w:val="0"/>
          <w:sz w:val="20"/>
        </w:rPr>
        <w:t>Explore the treacherous history of the Bass Strait crossing through interactive exhibits — including a ship simulator where you…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House of Anvers Chocolate &amp; Latrobe — </w:t>
      </w:r>
      <w:r>
        <w:rPr>
          <w:rFonts w:ascii="Arial" w:hAnsi="Arial" w:cs="Arial"/>
          <w:b w:val="0"/>
          <w:i w:val="0"/>
          <w:sz w:val="20"/>
        </w:rPr>
        <w:t>Drive 10 minutes to Latrobe for House of Anvers, a Belgian-style chocolate factory with free tastings and a chocolate museum.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Mersey Bluff &amp; Lighthouse Headland: </w:t>
      </w:r>
      <w:r>
        <w:rPr>
          <w:rFonts w:ascii="Arial" w:hAnsi="Arial" w:cs="Arial"/>
          <w:b w:val="0"/>
          <w:i w:val="0"/>
          <w:sz w:val="20"/>
        </w:rPr>
        <w:t>3 km one-way | Easy | 45 min — Walk west from the CBD along the river foreshore, past the Bass Strait Maritime Centre, and out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Coles Beach Coastal Pathway: </w:t>
      </w:r>
      <w:r>
        <w:rPr>
          <w:rFonts w:ascii="Arial" w:hAnsi="Arial" w:cs="Arial"/>
          <w:b w:val="0"/>
          <w:i w:val="0"/>
          <w:sz w:val="20"/>
        </w:rPr>
        <w:t>3.5 km one-way | Easy | 50 min — Continue past the lighthouse along the flat coastal track to Coles Beach — a long stretch of Bass…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7:15AM–5:05PM · Jul 7:36AM–5:04PM · Sep 6:16AM–6:03PM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cruiseports.org/devonport-tasmania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Devonport, Tasmania,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vonport-tasman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Bass Strait Maritime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Roundhouse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Spirit of Tasmania Devonport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Penguin Viewing Platform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Mersey Bluff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Tasmanian Arboretum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 River Railway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