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Deshaies, Guadeloupe, French Caribbean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sun-warmed French fishing village on Basse-Terre's volcanic coast — where Creole soul meets tropical garden and the BBC filmed its hit mystery series. Small, beautiful, and refreshingly unhurried.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6–8 hrs · 💶 Currency: Euro (€) · 🗣️ Language: French · 🎬 Death in Paradise filming location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boats land at the village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tender pier is on the village waterfront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Botanical garden, Grande Anse Beach, authentic Creole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Jardin Botanique de Deshaies and Grande Anse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€85–€129+ per taxi — Taxis wait near the waterfront on port days but supply is limited — pre-booking is advised. Fares to Pointe-à-Pitre run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Jardin Botanique de Deshaies — </w:t>
      </w:r>
      <w:r>
        <w:rPr>
          <w:rFonts w:ascii="Arial" w:hAnsi="Arial" w:cs="Arial"/>
          <w:b w:val="0"/>
          <w:i w:val="0"/>
          <w:sz w:val="20"/>
        </w:rPr>
        <w:t>A 17-acre tropical garden with waterfalls, exotic birds (flamingos, parrots), and sweeping views over the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Grande Anse Beach — </w:t>
      </w:r>
      <w:r>
        <w:rPr>
          <w:rFonts w:ascii="Arial" w:hAnsi="Arial" w:cs="Arial"/>
          <w:b w:val="0"/>
          <w:i w:val="0"/>
          <w:sz w:val="20"/>
        </w:rPr>
        <w:t>One of Guadeloupe's most beautiful beaches — broad golden sand, clear turquoise water, and palm-tree shade, about 2.5 km north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Death in Paradise Filming Locations — </w:t>
      </w:r>
      <w:r>
        <w:rPr>
          <w:rFonts w:ascii="Arial" w:hAnsi="Arial" w:cs="Arial"/>
          <w:b w:val="0"/>
          <w:i w:val="0"/>
          <w:sz w:val="20"/>
        </w:rPr>
        <w:t>Deshaies is the real-life 'Honoré' from the long-running BBC mystery series.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the Cousteau Reserve — </w:t>
      </w:r>
      <w:r>
        <w:rPr>
          <w:rFonts w:ascii="Arial" w:hAnsi="Arial" w:cs="Arial"/>
          <w:b w:val="0"/>
          <w:i w:val="0"/>
          <w:sz w:val="20"/>
        </w:rPr>
        <w:t>The Jacques Cousteau Underwater Reserve near Malendure (30 min south) offers some of the Caribbean's best protected snorkeling…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Creole Village Lunch — </w:t>
      </w:r>
      <w:r>
        <w:rPr>
          <w:rFonts w:ascii="Arial" w:hAnsi="Arial" w:cs="Arial"/>
          <w:b w:val="0"/>
          <w:i w:val="0"/>
          <w:sz w:val="20"/>
        </w:rPr>
        <w:t>Deshaies's waterfront restaurants serve authentic Guadeloupean Creole cooking — accras de morue (salt-cod fritters), grilled…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to Grande Anse Beach: </w:t>
      </w:r>
      <w:r>
        <w:rPr>
          <w:rFonts w:ascii="Arial" w:hAnsi="Arial" w:cs="Arial"/>
          <w:b w:val="0"/>
          <w:i w:val="0"/>
          <w:sz w:val="20"/>
        </w:rPr>
        <w:t>2.5 km · 25–30 min · Easy–Moderate — From the village quay, head north along the main road through the village, past the colourful…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waterfront stroll: </w:t>
      </w:r>
      <w:r>
        <w:rPr>
          <w:rFonts w:ascii="Arial" w:hAnsi="Arial" w:cs="Arial"/>
          <w:b w:val="0"/>
          <w:i w:val="0"/>
          <w:sz w:val="20"/>
        </w:rPr>
        <w:t>0.5 km · 15 min · Easy — Wander the village seafront — the fishing port, the market, and the colourful wooden houses that…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5:36AM–6:30PM · Jul 5:43AM–6:43PM · Sep 5:55AM–6:08PM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cruiseports.org/deshaies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Deshaies, Guadeloupe, French Caribbean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shai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 la Perle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SunBoat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de Grande Anse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Pélican Safari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 sanctuaire de Notre Dame des Larmes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Jardin Botanique de Deshaies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ECOMUSEE CREOLEART OF GUADELOUPE AND DREAMS OF VILLA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