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Dendera (Qena), Upper Egypt,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Ships dock at Qena on the Nile, then a short bus transfer lands you at the Temple of Hathor — one of ancient Egypt's most intact and colorful temple complexes. Vivid 2,000-year-old paint still blazes across the ceilings.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Qena pier · 🕒 Typical call: 4–6 hrs · 💵 Egyptian Pound (EGP) · 🗣️ Arabic · 🌡️ Hot &amp; dry — shade scarce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Qena — bus transfer to Dendera (~5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entry: </w:t>
      </w:r>
      <w:r>
        <w:rPr>
          <w:rFonts w:ascii="Arial" w:hAnsi="Arial" w:cs="Arial"/>
          <w:b w:val="0"/>
          <w:i w:val="0"/>
          <w:sz w:val="20"/>
        </w:rPr>
        <w:t>~140 EGP (~$3 USD) adults; students ~70 EGP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temples, hieroglyphics, original painted ceilings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Astronomical ceiling, rooftop chapels, underground crypts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USD — Negotiated taxis wait near the dock to take passengers the ~5 km to Dendera Temple. Always agree on the fare before depa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Hathor, Dendera — </w:t>
      </w:r>
      <w:r>
        <w:rPr>
          <w:rFonts w:ascii="Arial" w:hAnsi="Arial" w:cs="Arial"/>
          <w:b w:val="0"/>
          <w:i w:val="0"/>
          <w:sz w:val="20"/>
        </w:rPr>
        <w:t>The headline attraction: a Ptolemaic-era temple dedicated to Hathor, goddess of love and music.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Dendera &amp; Abydos Combined Day — </w:t>
      </w:r>
      <w:r>
        <w:rPr>
          <w:rFonts w:ascii="Arial" w:hAnsi="Arial" w:cs="Arial"/>
          <w:b w:val="0"/>
          <w:i w:val="0"/>
          <w:sz w:val="20"/>
        </w:rPr>
        <w:t>Pair Dendera with the Temple of Seti I at Abydos (~90 km north) — one of Egypt's holiest sites featuring the famous King List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Qena Local Market Walk — </w:t>
      </w:r>
      <w:r>
        <w:rPr>
          <w:rFonts w:ascii="Arial" w:hAnsi="Arial" w:cs="Arial"/>
          <w:b w:val="0"/>
          <w:i w:val="0"/>
          <w:sz w:val="20"/>
        </w:rPr>
        <w:t>If time allows after the temple, Qena's street market near the corniche offers spices, pottery, and local produce.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Hathor Temple Roof at Sunrise — </w:t>
      </w:r>
      <w:r>
        <w:rPr>
          <w:rFonts w:ascii="Arial" w:hAnsi="Arial" w:cs="Arial"/>
          <w:b w:val="0"/>
          <w:i w:val="0"/>
          <w:sz w:val="20"/>
        </w:rPr>
        <w:t>For passengers on early-docking itineraries, reaching the rooftop chapels in morning light reveals spectacular Nile Valley…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Dendera Temple Complex Loop: </w:t>
      </w:r>
      <w:r>
        <w:rPr>
          <w:rFonts w:ascii="Arial" w:hAnsi="Arial" w:cs="Arial"/>
          <w:b w:val="0"/>
          <w:i w:val="0"/>
          <w:sz w:val="20"/>
        </w:rPr>
        <w:t>~1 km inside complex | Easy | 1.5–2.5 hrs — Enter the main pylon, cross the courtyard to the Great Hypostyle Hall, work through the inner…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6:03AM–7:21PM · Jun 5:10AM–8:14PM · Aug 5:52AM–7:39PM · Sep 6:22AM–6:50PM · Oct 6:53AM–6:01PM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flashlight or torch app. The underground crypts are very dark; your phone light will illuminate carvings the overhead lighting misses.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Hat, water, and sunscreen are essential. The outer courtyard has almost no shade, and Upper Egypt is brutally hot — even in winter mornings can reach 30°C.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Keep small EGP notes (10–20 EGP) handy. Temple guards often point out hidden Cleopatra reliefs or famous 'lightbulb' carvings and expect a small tip. Bathroom…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cruiseports.org/dendera-qena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