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Den Helder, North Holland,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at the northernmost tip of North Holland, Den Helder is the Royal Netherlands Navy's home base — a windswept peninsula of Napoleonic forts, Cold War submarines, and a quick ferry hop to the UNESCO Wadden Sea island of Texel.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(Willemsoord Naval Yard) · 🕒 Typical call: 7-10 hrs · 💶 Currency: Euro (€) · 🗣️ Language: Dutch (English widely spoken) · 🚲 Bike-friendly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Willemsoord historic naval yard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10-min flat walk to city center; museums on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Naval history, cycling, Texel day trip, North Sea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Boarding the Cold War submarine at the Navy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Local taxis (Staxi, ClubTaxi) serve the cruise terminal with fixed pre-book rates. Short ride to city center; pre-bookin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Navy Museum &amp; Submarine Tour — </w:t>
      </w:r>
      <w:r>
        <w:rPr>
          <w:rFonts w:ascii="Arial" w:hAnsi="Arial" w:cs="Arial"/>
          <w:b w:val="0"/>
          <w:i w:val="0"/>
          <w:sz w:val="20"/>
        </w:rPr>
        <w:t>Explore three centuries of Dutch naval history at the Marinemuseum in Willemsoord.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Texel Island Day Trip — </w:t>
      </w:r>
      <w:r>
        <w:rPr>
          <w:rFonts w:ascii="Arial" w:hAnsi="Arial" w:cs="Arial"/>
          <w:b w:val="0"/>
          <w:i w:val="0"/>
          <w:sz w:val="20"/>
        </w:rPr>
        <w:t>Catch the hourly TESO ferry (20 min crossing) to the largest Wadden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Kijkduin &amp; North Sea Aquarium — </w:t>
      </w:r>
      <w:r>
        <w:rPr>
          <w:rFonts w:ascii="Arial" w:hAnsi="Arial" w:cs="Arial"/>
          <w:b w:val="0"/>
          <w:i w:val="0"/>
          <w:sz w:val="20"/>
        </w:rPr>
        <w:t>Cycle 3 km to this Napoleonic fort (built 1811-13) in Huisduinen.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Huisduinen Beach &amp; Dunes — </w:t>
      </w:r>
      <w:r>
        <w:rPr>
          <w:rFonts w:ascii="Arial" w:hAnsi="Arial" w:cs="Arial"/>
          <w:b w:val="0"/>
          <w:i w:val="0"/>
          <w:sz w:val="20"/>
        </w:rPr>
        <w:t>Ride 4 km to a wide, white-sand North Sea beach backed by rolling dunes.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Lifeboat Museum — </w:t>
      </w:r>
      <w:r>
        <w:rPr>
          <w:rFonts w:ascii="Arial" w:hAnsi="Arial" w:cs="Arial"/>
          <w:b w:val="0"/>
          <w:i w:val="0"/>
          <w:sz w:val="20"/>
        </w:rPr>
        <w:t>Also at Willemsoord, this interactive museum tells the stories of Dutch sea rescuers with storm simulators and historic rescue…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Willemsoord to City Center: </w:t>
      </w:r>
      <w:r>
        <w:rPr>
          <w:rFonts w:ascii="Arial" w:hAnsi="Arial" w:cs="Arial"/>
          <w:b w:val="0"/>
          <w:i w:val="0"/>
          <w:sz w:val="20"/>
        </w:rPr>
        <w:t>1.2 km · 15 min · Flat — Walk east from the pier through the historic Willemsoord naval yard, past the dry docks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Dike Walk to TESO Ferry Terminal: </w:t>
      </w:r>
      <w:r>
        <w:rPr>
          <w:rFonts w:ascii="Arial" w:hAnsi="Arial" w:cs="Arial"/>
          <w:b w:val="0"/>
          <w:i w:val="0"/>
          <w:sz w:val="20"/>
        </w:rPr>
        <w:t>1.5 km · 20 min · Flat — Head north from Willemsoord along the sea dike for views of the Marsdiep and Texel.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5:43AM–9:32PM · Jul 5:34AM–9:58PM · Sep 7:15AM–7:55PM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cruiseports.org/den-helder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Den Helder, North Holland,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n-held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Hoenderdaell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Balgzand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Battery Den Hoorn WWII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Quelderduyn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Ecomare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Navy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Kijkduin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Mariëndal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