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Delos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birthplace of Apollo and Artemis, Delos is an entire ancient city frozen in time — no hotels, no restaurants, no permanent residents. Just 2,000-year-old marble under an Aegean sky.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via Mykonos ferry · 🕒 Typical call: 6-8 hrs (Mykonos port day) · 💶 Euro (EUR) · 🗣️ Greek / English widely spoken · 🏛️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ships call directly — ferry from Mykonos Old Port (~30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Site: </w:t>
      </w:r>
      <w:r>
        <w:rPr>
          <w:rFonts w:ascii="Arial" w:hAnsi="Arial" w:cs="Arial"/>
          <w:b w:val="0"/>
          <w:i w:val="0"/>
          <w:sz w:val="20"/>
        </w:rPr>
        <w:t>Immediate from Delos jetty; ruins begin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history, archaeology,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Terrace of the Lions, House of Dionysus mosaics, Delos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~€2/person — If your cruise docks at Mykonos New Port (Tourlos), a SeaBus water taxi takes ~10 minutes to Mykonos harbor where Delos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Delos Archaeological Site — </w:t>
      </w:r>
      <w:r>
        <w:rPr>
          <w:rFonts w:ascii="Arial" w:hAnsi="Arial" w:cs="Arial"/>
          <w:b w:val="0"/>
          <w:i w:val="0"/>
          <w:sz w:val="20"/>
        </w:rPr>
        <w:t>Wander one of the best-preserved ancient cities in the Mediterranean — the Sacred Way, Sanctuary of Apollo, agora, theatre,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Terrace of the Lions — </w:t>
      </w:r>
      <w:r>
        <w:rPr>
          <w:rFonts w:ascii="Arial" w:hAnsi="Arial" w:cs="Arial"/>
          <w:b w:val="0"/>
          <w:i w:val="0"/>
          <w:sz w:val="20"/>
        </w:rPr>
        <w:t>Five archaic marble lions (originally around 12–16, dedicated by the Naxians ~600 BC) line the Sacred Way facing the Sacred Lake…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Delos Archaeological Museum — </w:t>
      </w:r>
      <w:r>
        <w:rPr>
          <w:rFonts w:ascii="Arial" w:hAnsi="Arial" w:cs="Arial"/>
          <w:b w:val="0"/>
          <w:i w:val="0"/>
          <w:sz w:val="20"/>
        </w:rPr>
        <w:t>On-site museum housing original mosaics, statues, pottery, and the original Lion replicas removed for preservation.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Mykonos + Delos Combo Tour — </w:t>
      </w:r>
      <w:r>
        <w:rPr>
          <w:rFonts w:ascii="Arial" w:hAnsi="Arial" w:cs="Arial"/>
          <w:b w:val="0"/>
          <w:i w:val="0"/>
          <w:sz w:val="20"/>
        </w:rPr>
        <w:t>The most popular ship excursion format: morning in Mykonos Town, ferry to Delos with a guide, return by mid-afternoon.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Sacred Way &amp; Lion Circuit: </w:t>
      </w:r>
      <w:r>
        <w:rPr>
          <w:rFonts w:ascii="Arial" w:hAnsi="Arial" w:cs="Arial"/>
          <w:b w:val="0"/>
          <w:i w:val="0"/>
          <w:sz w:val="20"/>
        </w:rPr>
        <w:t>2–3 km | 2–3 hrs | Moderate — From the ferry jetty, follow the Sacred Way past the Sanctuary of Apollo, through the agora, up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6:33AM–7:45PM · Jun 5:45AM–8:33PM · Aug 6:24AM–8:01PM · Sep 6:51AM–7:16PM · Oct 7:18AM–6:30PM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everything you need. There is one small snack kiosk on-site (often crowded, limited stock). No restaurants, no supermarkets, no ATMs. Pack water (1.5L+…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Watch your ferry time obsessively. The last ferry back to Mykonos typically departs around 7:00 PM in summer (3:00 PM in shoulder season). Missing it means no…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Wear proper shoes. The entire site is ancient marble and uneven stone. Flip-flops or sandals are a sprained ankle waiting to happen. Closed-toe shoes with grip…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cruiseports.org/delos-island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