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Delfzijl, Groningen,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windswept Dutch seaport on the Ems estuary — home to the Inspector Maigret legend, UNESCO Wadden Sea mudflats, and a direct train to vibrant Groningen City.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 — Handelskade) · 🕒 Typical call: 6-8 hrs · 💶 Currency: Euro · 🗣️ Language: Dutch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Handelskade quay, steps from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(500 m) to Landstraat pedestrian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Dutch culture, day trip to Groningen City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Inspector Maigret statue &amp; MuzeeAquarium Delfzijl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Local taxis serve the port; the short distance to city center means fares are low. Dutch taxis typically charge ~€3.90 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Groningen City Day Trip — </w:t>
      </w:r>
      <w:r>
        <w:rPr>
          <w:rFonts w:ascii="Arial" w:hAnsi="Arial" w:cs="Arial"/>
          <w:b w:val="0"/>
          <w:i w:val="0"/>
          <w:sz w:val="20"/>
        </w:rPr>
        <w:t>Board the train at Delfzijl Station and reach Groningen's lively city center in 37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MuzeeAquarium Delfzijl — </w:t>
      </w:r>
      <w:r>
        <w:rPr>
          <w:rFonts w:ascii="Arial" w:hAnsi="Arial" w:cs="Arial"/>
          <w:b w:val="0"/>
          <w:i w:val="0"/>
          <w:sz w:val="20"/>
        </w:rPr>
        <w:t>This compact triple-threat museum covers maritime history, Wadden Sea archaeology (fossils and finds), and a live aquarium…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Appingedam Hanging Kitchens — </w:t>
      </w:r>
      <w:r>
        <w:rPr>
          <w:rFonts w:ascii="Arial" w:hAnsi="Arial" w:cs="Arial"/>
          <w:b w:val="0"/>
          <w:i w:val="0"/>
          <w:sz w:val="20"/>
        </w:rPr>
        <w:t>Just 4 km away, Appingedam is a medieval gem where kitchens were built suspended over the Damsterdiep canal due to historic space…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Wadden Sea Dike Walk — </w:t>
      </w:r>
      <w:r>
        <w:rPr>
          <w:rFonts w:ascii="Arial" w:hAnsi="Arial" w:cs="Arial"/>
          <w:b w:val="0"/>
          <w:i w:val="0"/>
          <w:sz w:val="20"/>
        </w:rPr>
        <w:t>Climb the massive sea dikes protecting Delfzijl and walk the Eemsboulevard.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Inspector Maigret Walk — </w:t>
      </w:r>
      <w:r>
        <w:rPr>
          <w:rFonts w:ascii="Arial" w:hAnsi="Arial" w:cs="Arial"/>
          <w:b w:val="0"/>
          <w:i w:val="0"/>
          <w:sz w:val="20"/>
        </w:rPr>
        <w:t>Detective fiction history was made in Delfzijl.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&amp; Town Loop: </w:t>
      </w:r>
      <w:r>
        <w:rPr>
          <w:rFonts w:ascii="Arial" w:hAnsi="Arial" w:cs="Arial"/>
          <w:b w:val="0"/>
          <w:i w:val="0"/>
          <w:sz w:val="20"/>
        </w:rPr>
        <w:t>2 km · 30 min · flat — Walk from the Handelskade quay across the lock gates to Landstraat, past the Vestinggracht moat…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Dike &amp; City Beach Walk: </w:t>
      </w:r>
      <w:r>
        <w:rPr>
          <w:rFonts w:ascii="Arial" w:hAnsi="Arial" w:cs="Arial"/>
          <w:b w:val="0"/>
          <w:i w:val="0"/>
          <w:sz w:val="20"/>
        </w:rPr>
        <w:t>2.5 km · 35 min · breezy — Head north along the Eemsboulevard dike for panoramic views over the Ems estuary toward Germany.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5:32AM–9:25PM · Jul 5:23AM–9:52PM · Sep 7:06AM–7:47PM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cruiseports.org/delfzijl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Delfzijl, Groningen,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lfzij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't Roegwold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Stad Appingedam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Møhlmann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Steg am Nordseestrand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Campen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Oterdummer pier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