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Děčín, Ústí nad Labem Region, Czech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into a deep sandstone gorge where the Elbe meets the Ploučnice, Děčín is the Czech Republic's gateway to Europe's most dramatic river canyon — with a baroque castle perched above it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8–10 hrs · 💵 Czech Koruna (CZK) · 🗣️ Czech, German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near city center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Bohemian Switzerland hikes, castle history, sandstone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Děčín Castle Long Drive &amp; Pravčická Brána arch excursion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100–200 CZK (~€4–8) — Taxis operate on a base fare of ~45 CZK plus ~28 CZK/km. A short ride to the city center typically costs 100–200 CZK dep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Bohemian Switzerland &amp; Pravčická Brána — </w:t>
      </w:r>
      <w:r>
        <w:rPr>
          <w:rFonts w:ascii="Arial" w:hAnsi="Arial" w:cs="Arial"/>
          <w:b w:val="0"/>
          <w:i w:val="0"/>
          <w:sz w:val="20"/>
        </w:rPr>
        <w:t>A guided coach trip to Bohemian Switzerland National Park, culminating at Pravčická brána — Europe's largest natural sandstone…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Děčín Castle &amp; Rose Garden — </w:t>
      </w:r>
      <w:r>
        <w:rPr>
          <w:rFonts w:ascii="Arial" w:hAnsi="Arial" w:cs="Arial"/>
          <w:b w:val="0"/>
          <w:i w:val="0"/>
          <w:sz w:val="20"/>
        </w:rPr>
        <w:t>Perched on a rocky promontory above the Elbe, the castle dates to the 10th century and was later rebuilt in baroque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Kamenice River Gorge Boat Ride — </w:t>
      </w:r>
      <w:r>
        <w:rPr>
          <w:rFonts w:ascii="Arial" w:hAnsi="Arial" w:cs="Arial"/>
          <w:b w:val="0"/>
          <w:i w:val="0"/>
          <w:sz w:val="20"/>
        </w:rPr>
        <w:t>Float through the narrow sandstone gorges of the Kamenice River on a flat-bottomed boat — one of Bohemian Switzerland's signature…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Shepherd's Wall &amp; Zoo Viewpoint — </w:t>
      </w:r>
      <w:r>
        <w:rPr>
          <w:rFonts w:ascii="Arial" w:hAnsi="Arial" w:cs="Arial"/>
          <w:b w:val="0"/>
          <w:i w:val="0"/>
          <w:sz w:val="20"/>
        </w:rPr>
        <w:t>Cross the Elbe to Pastýřská stěna (Shepherd's Wall), a 160-metre sandstone cliff with panoramic views of Děčín and the Elbe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Rafting to Schmilka — </w:t>
      </w:r>
      <w:r>
        <w:rPr>
          <w:rFonts w:ascii="Arial" w:hAnsi="Arial" w:cs="Arial"/>
          <w:b w:val="0"/>
          <w:i w:val="0"/>
          <w:sz w:val="20"/>
        </w:rPr>
        <w:t>Self-guided rafting trip from Děčín downriver to the German village of Schmilka on the Saxon Switzerland border — a 15 km float…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Embankment to Castle via the Long Drive: </w:t>
      </w:r>
      <w:r>
        <w:rPr>
          <w:rFonts w:ascii="Arial" w:hAnsi="Arial" w:cs="Arial"/>
          <w:b w:val="0"/>
          <w:i w:val="0"/>
          <w:sz w:val="20"/>
        </w:rPr>
        <w:t>2 km | Moderate (uphill) | 45–60 min — Walk from the river pier along the embankment, cross into the old town, and ascend the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Stroll: </w:t>
      </w:r>
      <w:r>
        <w:rPr>
          <w:rFonts w:ascii="Arial" w:hAnsi="Arial" w:cs="Arial"/>
          <w:b w:val="0"/>
          <w:i w:val="0"/>
          <w:sz w:val="20"/>
        </w:rPr>
        <w:t>1 km | Easy | 20–30 min — A flat circuit through the historic center taking in pastel facades, the Holy Rood Church,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5:14AM–8:45PM · Jul 5:07AM–9:10PM · Sep 6:38AM–7:16PM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cruiseports.org/decin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Děčín, Ústí nad Labem Region, Czech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c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Belvedere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Rozhledna Strážný vrch u Merboltic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Šaunštejn / Schauenstein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Jílovský zámek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Malá Pravčická brána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Janov Observation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 Hill / Růžovský vrch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Lynx' Path / Gabriela's Trail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