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Dartmouth, Devon,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Dartmouth is a picture-perfect South Devon harbour town on the River Dart — steep streets of pastel houses, a 600-year-old castle guarding the estuary mouth, and the Royal Navy's officer training college on the hill above.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into the River Dart · 🕒 Typical call: 7-10 hrs · 💵 Pound Sterling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in the River Dart; ship's tenders run to the Town Jetty in the heart of Dartmouth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lands you on the waterfront — the town centre is right at the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Castles, maritime history, riverside walks, Agatha Christie's Greenway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Dartmouth Castle, guarding the narrow estuary mouth for over 600 years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£2.80 flag fall + £1.29/km — Licensed local taxis are available near the Town Jetty for onward travel to surrounding villages or attractions. Short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Dartmouth Castle by River Ferry — </w:t>
      </w:r>
      <w:r>
        <w:rPr>
          <w:rFonts w:ascii="Arial" w:hAnsi="Arial" w:cs="Arial"/>
          <w:b w:val="0"/>
          <w:i w:val="0"/>
          <w:sz w:val="20"/>
        </w:rPr>
        <w:t>Dartmouth Castle has guarded the narrow mouth of the Dart Estuary for over 600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Britannia Royal Naval College Tour — </w:t>
      </w:r>
      <w:r>
        <w:rPr>
          <w:rFonts w:ascii="Arial" w:hAnsi="Arial" w:cs="Arial"/>
          <w:b w:val="0"/>
          <w:i w:val="0"/>
          <w:sz w:val="20"/>
        </w:rPr>
        <w:t>Perched on the hill above town, the BRNC (built 1905) is where all Royal Navy officers are trained — and where Princess Elizabeth…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Greenway — Agatha Christie's Holiday Home — </w:t>
      </w:r>
      <w:r>
        <w:rPr>
          <w:rFonts w:ascii="Arial" w:hAnsi="Arial" w:cs="Arial"/>
          <w:b w:val="0"/>
          <w:i w:val="0"/>
          <w:sz w:val="20"/>
        </w:rPr>
        <w:t>The Queen of Crime's beloved Georgian holiday house sits in romantic woodland gardens sweeping down to the Dart.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Dartmouth Steam Railway &amp; River Cruise — </w:t>
      </w:r>
      <w:r>
        <w:rPr>
          <w:rFonts w:ascii="Arial" w:hAnsi="Arial" w:cs="Arial"/>
          <w:b w:val="0"/>
          <w:i w:val="0"/>
          <w:sz w:val="20"/>
        </w:rPr>
        <w:t>The 'Round Robin' combines a nostalgic steam train along the South Devon coast (Kingswear-Paignton), a river cruise on the Dart…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Dartmouth Waterfront &amp; Seafood — </w:t>
      </w:r>
      <w:r>
        <w:rPr>
          <w:rFonts w:ascii="Arial" w:hAnsi="Arial" w:cs="Arial"/>
          <w:b w:val="0"/>
          <w:i w:val="0"/>
          <w:sz w:val="20"/>
        </w:rPr>
        <w:t>Dartmouth's narrow streets and South Embankment brim with pubs, cafes, and acclaimed seafood.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Town &amp; Bayard's Cove: </w:t>
      </w:r>
      <w:r>
        <w:rPr>
          <w:rFonts w:ascii="Arial" w:hAnsi="Arial" w:cs="Arial"/>
          <w:b w:val="0"/>
          <w:i w:val="0"/>
          <w:sz w:val="20"/>
        </w:rPr>
        <w:t>1.5 km · 30-45 min · Easy · Some cobbles — From the Boat Float, wander the South Embankment to cobbled Bayard's Cove — where the Pilgrim…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Dartmouth Castle: </w:t>
      </w:r>
      <w:r>
        <w:rPr>
          <w:rFonts w:ascii="Arial" w:hAnsi="Arial" w:cs="Arial"/>
          <w:b w:val="0"/>
          <w:i w:val="0"/>
          <w:sz w:val="20"/>
        </w:rPr>
        <w:t>3 km · 60-75 min · Moderate · Some climbs — Follow the South Embankment and Castle Road along the estuary, with views across to Kingswear, out…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5:46AM–8:35PM · Jul 5:43AM–8:56PM · Sep 6:53AM–7:24PM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cruiseports.org/dartmouth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Dartmouth, Devon,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rtmou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Leechwell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Saviour's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Paignton Zoo Environmental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Dartmouth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Woodlands Family Theme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Young's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Kents Cavern Prehistoric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Pirates Bay Adventure Golf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