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Dark Island, New York,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fortress rising from the St. Lawrence. Dark Island's Singer Castle is one of the most dramatic Gilded Age landmarks in the Thousand Islands — a medieval-style castle built for a sewing machine heir and now open for guided tours.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Tendered (island dock) · 🕒 Typical call: 4–6 hrs · 💵 US Dollar · 🗣️ English · 🏰 Historic castle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/ small boat to island dock (400+ ft of dock space)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castle: </w:t>
      </w:r>
      <w:r>
        <w:rPr>
          <w:rFonts w:ascii="Arial" w:hAnsi="Arial" w:cs="Arial"/>
          <w:b w:val="0"/>
          <w:i w:val="0"/>
          <w:sz w:val="20"/>
        </w:rPr>
        <w:t>Steps from the dock — Singer Castle is right at the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Gilded Age architecture, river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Singer Castle guided tour including secret passages and dungeon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Quote-based — 1000 Island Taxi serves the Clayton, Alexandria Bay, and surrounding area for mainland transfers. Contact them directly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Singer Castle Guided Tour — </w:t>
      </w:r>
      <w:r>
        <w:rPr>
          <w:rFonts w:ascii="Arial" w:hAnsi="Arial" w:cs="Arial"/>
          <w:b w:val="0"/>
          <w:i w:val="0"/>
          <w:sz w:val="20"/>
        </w:rPr>
        <w:t>Explore the Gothic Revival fortress built by Frederick Bourne (president of Singer Sewing Machine Co.) in 1905.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Thousand Islands Scenic Cruise — </w:t>
      </w:r>
      <w:r>
        <w:rPr>
          <w:rFonts w:ascii="Arial" w:hAnsi="Arial" w:cs="Arial"/>
          <w:b w:val="0"/>
          <w:i w:val="0"/>
          <w:sz w:val="20"/>
        </w:rPr>
        <w:t>Many cruise itineraries pair Dark Island with a narrated pass through the archipelago — 1,864 islands straddling the US-Canada…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Boldt Castle Day Trip (Heart Island) — </w:t>
      </w:r>
      <w:r>
        <w:rPr>
          <w:rFonts w:ascii="Arial" w:hAnsi="Arial" w:cs="Arial"/>
          <w:b w:val="0"/>
          <w:i w:val="0"/>
          <w:sz w:val="20"/>
        </w:rPr>
        <w:t>A short boat ride away, Boldt Castle on Heart Island is the other great Thousand Islands landmark — built as a Valentine's gift…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Singer Castle Grounds &amp; Dock Walk: </w:t>
      </w:r>
      <w:r>
        <w:rPr>
          <w:rFonts w:ascii="Arial" w:hAnsi="Arial" w:cs="Arial"/>
          <w:b w:val="0"/>
          <w:i w:val="0"/>
          <w:sz w:val="20"/>
        </w:rPr>
        <w:t>Easy | 10–15 min | Flat — From the dock, walk around the castle exterior, take in river views, and photograph the dramatic…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6:41AM–8:20PM · Jul 6:44AM–8:36PM · Sep 7:19AM–7:39PM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cruiseports.org/dark-island-ny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Dark Island, New York,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rk-island-n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Kring Point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Boldt Castle Yacht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Lyn Valley Conservation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Jones Creek Trails - Thousand Islands National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Singer Castle on Dark Island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