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Dar es Salaam, Tanzania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Tanzania's 'Haven of Peace' is anything but quiet — a sensory-rich East African metropolis of fish markets, colonial churches, and Indian Ocean island gateways. Not a tourist bubble; a real, vibrant city.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(commercial pier) · 🕒 Typical call: 8–10 hrs · 💵 TZS / USD accepted · 🗣️ Swahili &amp; English · 🌍 East Africa gateway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Alongside berth at Port of Dar es Salaam — no tendering. Industrial cargo port; port shuttle required to gate.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Not walkable from port gates — take a tuk-tuk (bajaji), Uber/Bolt, or tour vehicle. National Museum is ~15 min by taxi.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Culture, history, Zanzibar day trip, wildlife safari excursions, Swahili cuisine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Kivukoni Fish Market at dawn, Tingatinga Arts Cooperative, or the fast ferry to Zanzibar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$15–25 USD — Taxis gather at the port gate and fares must be negotiated before departure — agree on a price before getting in. Expect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Dar City Highlights &amp; National Museum — </w:t>
      </w:r>
      <w:r>
        <w:rPr>
          <w:rFonts w:ascii="Arial" w:hAnsi="Arial" w:cs="Arial"/>
          <w:b w:val="0"/>
          <w:i w:val="0"/>
          <w:sz w:val="20"/>
        </w:rPr>
        <w:t>Hit the National Museum &amp; House of Culture (home to Olduvai Gorge fossils and slave-trade exhibits), the Azania Front Lutheran…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Fast Ferry to Zanzibar Stone Town — </w:t>
      </w:r>
      <w:r>
        <w:rPr>
          <w:rFonts w:ascii="Arial" w:hAnsi="Arial" w:cs="Arial"/>
          <w:b w:val="0"/>
          <w:i w:val="0"/>
          <w:sz w:val="20"/>
        </w:rPr>
        <w:t>Board the Azam Marine high-speed ferry (1 hr 45 min) to Zanzibar and spend a few hours exploring Stone Town's labyrinth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Bongoyo Island Marine Reserve — </w:t>
      </w:r>
      <w:r>
        <w:rPr>
          <w:rFonts w:ascii="Arial" w:hAnsi="Arial" w:cs="Arial"/>
          <w:b w:val="0"/>
          <w:i w:val="0"/>
          <w:sz w:val="20"/>
        </w:rPr>
        <w:t>A 30-minute boat from The Slipway puts you on a pristine white-sand island in the Dar es Salaam Marine Reserve.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Mikumi or Nyerere Day Safari — </w:t>
      </w:r>
      <w:r>
        <w:rPr>
          <w:rFonts w:ascii="Arial" w:hAnsi="Arial" w:cs="Arial"/>
          <w:b w:val="0"/>
          <w:i w:val="0"/>
          <w:sz w:val="20"/>
        </w:rPr>
        <w:t>Dar is the gateway to Tanzania's southern wildlife circuit.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Kivukoni Fish Market &amp; Street Food Walk — </w:t>
      </w:r>
      <w:r>
        <w:rPr>
          <w:rFonts w:ascii="Arial" w:hAnsi="Arial" w:cs="Arial"/>
          <w:b w:val="0"/>
          <w:i w:val="0"/>
          <w:sz w:val="20"/>
        </w:rPr>
        <w:t>Start at dawn as fishermen auction the catch — sailfish, red snapper, octopus — then wander to nearby stalls for chips mayai…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Heritage Loop: </w:t>
      </w:r>
      <w:r>
        <w:rPr>
          <w:rFonts w:ascii="Arial" w:hAnsi="Arial" w:cs="Arial"/>
          <w:b w:val="0"/>
          <w:i w:val="0"/>
          <w:sz w:val="20"/>
        </w:rPr>
        <w:t>1.5 km · 30 min · Flat — From the Kivukoni Ferry Terminal, walk south past the Azania Front Lutheran Church (1898),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Msasani Slipway &amp; Oyster Bay: </w:t>
      </w:r>
      <w:r>
        <w:rPr>
          <w:rFonts w:ascii="Arial" w:hAnsi="Arial" w:cs="Arial"/>
          <w:b w:val="0"/>
          <w:i w:val="0"/>
          <w:sz w:val="20"/>
        </w:rPr>
        <w:t>By taxi · Coco Beach &amp; waterfront — Take a tuk-tuk or Uber to The Slipway — a waterfront complex with craft markets, boutiques,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6:25AM–6:13PM · Jul 6:36AM–6:21PM · Sep 6:16AM–6:19PM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cruiseports.org/dar-es-salaam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Dar es Salaam, Tanzania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ar-es-salaam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Masjid Maamur مسجد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KSIJ Dar es Salaam - Mosque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Tinga Tinga Arts Cooperative Society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 Grande Casino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Village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Old Boma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Museum and House of Culture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Askari Monument (Mnara wa Askari)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