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Daphne Island, Galápagos,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near-perfect volcanic cone rising from the Pacific, Daphne Major is one of the Galápagos' most iconic scientific sites — where Darwin's finches were observed evolving in real time. Expedition ships circle its sheer cliffs by zodiac for seabird spectacle and marine wildlife.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Zodiac/panga circumnavigation (no landing) · 🕒 Typical visit: 1-2 hrs · 💵 USD (all-inclusive expedition) · 🗣️ Spanish / English naturalist guides · 🦅 Wildlife &amp; nature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offshore; panga/zodiac ride around the island — no pier, no tourist landings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N/A — public landing is not permitted; viewing from water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Seabird watching (blue-footed boobies, Nazca boobies, frigatebirds), Darwin's finches, volcanic geology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Scanning the cliffs for blue-footed booby colonies and red-billed tropicbirds in flight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Panga Circumnavigation — </w:t>
      </w:r>
      <w:r>
        <w:rPr>
          <w:rFonts w:ascii="Arial" w:hAnsi="Arial" w:cs="Arial"/>
          <w:b w:val="0"/>
          <w:i w:val="0"/>
          <w:sz w:val="20"/>
        </w:rPr>
        <w:t>Your main activity: a zodiac ride around Daphne Major's sheer tuff-cone cliffs.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Darwin's Finch Spotting — </w:t>
      </w:r>
      <w:r>
        <w:rPr>
          <w:rFonts w:ascii="Arial" w:hAnsi="Arial" w:cs="Arial"/>
          <w:b w:val="0"/>
          <w:i w:val="0"/>
          <w:sz w:val="20"/>
        </w:rPr>
        <w:t>Daphne Major is the site of the Grant study — 40+ years of real-time natural selection research on medium ground finches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Around Daphne Minor — </w:t>
      </w:r>
      <w:r>
        <w:rPr>
          <w:rFonts w:ascii="Arial" w:hAnsi="Arial" w:cs="Arial"/>
          <w:b w:val="0"/>
          <w:i w:val="0"/>
          <w:sz w:val="20"/>
        </w:rPr>
        <w:t>When conditions permit, zodiacs anchor near the smaller Daphne Minor islet for snorkeling.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Seabird Cliff-Nesting Observation — </w:t>
      </w:r>
      <w:r>
        <w:rPr>
          <w:rFonts w:ascii="Arial" w:hAnsi="Arial" w:cs="Arial"/>
          <w:b w:val="0"/>
          <w:i w:val="0"/>
          <w:sz w:val="20"/>
        </w:rPr>
        <w:t>Daphne Major hosts one of the densest seabird colonies in the central Galápagos.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5:06AM–9:41PM · Jul 4:54AM–10:10PM · Sep 6:58AM–7:43PM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cruiseports.org/daphne-island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