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Dangriga, Stann Creek, Belize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Belize's 'Culture Capital' and Garifuna heartland — a rawly authentic port of drumbeats, jungle wildlife, and reef islands just offshore.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mega-ship pier) · 🕒 Typical call: 6-8 hrs · 💵 USD &amp; Belize Dollar (2:1) · 🗣️ English (official), Garifuna, Creole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town dock or Pelican Beach Resort dock — small/expedition ships only; no pier for mega-ships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town dock; ~30 min walk from Pelican Beach dock (taxis available)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Garifuna culture, jungle excursions (jaguar reserve, ziplining), Marie Sharp's factory, reef cayes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Austin Rodriguez Drum Shop and a bowl of hudut (Garifuna fish stew in coconut broth)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$5–$15 USD — Local taxis are the primary transport option in Dangriga. Fares are negotiated before the ride — no meters. The town cen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Cockscomb Basin Wildlife Sanctuary — </w:t>
      </w:r>
      <w:r>
        <w:rPr>
          <w:rFonts w:ascii="Arial" w:hAnsi="Arial" w:cs="Arial"/>
          <w:b w:val="0"/>
          <w:i w:val="0"/>
          <w:sz w:val="20"/>
        </w:rPr>
        <w:t>The world's first jaguar preserve offers jungle hiking, waterfall swimming, and river tubing about 45 minutes from Dangriga.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Marie Sharp's Hot Sauce Factory — </w:t>
      </w:r>
      <w:r>
        <w:rPr>
          <w:rFonts w:ascii="Arial" w:hAnsi="Arial" w:cs="Arial"/>
          <w:b w:val="0"/>
          <w:i w:val="0"/>
          <w:sz w:val="20"/>
        </w:rPr>
        <w:t>Tour the factory where Belize's most famous export — Marie Sharp's habanero sauces — is made, with tastings of dozens of varieties.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Tobacco Caye &amp; Barrier Reef Snorkel — </w:t>
      </w:r>
      <w:r>
        <w:rPr>
          <w:rFonts w:ascii="Arial" w:hAnsi="Arial" w:cs="Arial"/>
          <w:b w:val="0"/>
          <w:i w:val="0"/>
          <w:sz w:val="20"/>
        </w:rPr>
        <w:t>A 30–40 minute boat ride brings you to a tiny coral island on the Belize Barrier Reef with white sand, warm water, and vibrant…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Mayflower Bocawina Zipline &amp; Waterfalls — </w:t>
      </w:r>
      <w:r>
        <w:rPr>
          <w:rFonts w:ascii="Arial" w:hAnsi="Arial" w:cs="Arial"/>
          <w:b w:val="0"/>
          <w:i w:val="0"/>
          <w:sz w:val="20"/>
        </w:rPr>
        <w:t>Zip through the rainforest canopy and rappel beside waterfalls at this national park, less than an hour from Dangriga.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Gulisi Garifuna Museum — </w:t>
      </w:r>
      <w:r>
        <w:rPr>
          <w:rFonts w:ascii="Arial" w:hAnsi="Arial" w:cs="Arial"/>
          <w:b w:val="0"/>
          <w:i w:val="0"/>
          <w:sz w:val="20"/>
        </w:rPr>
        <w:t>The premier museum dedicated to Garifuna history, language, music, and traditions — a must for understanding the culture you…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Dock to Pen Cayetano Gallery: </w:t>
      </w:r>
      <w:r>
        <w:rPr>
          <w:rFonts w:ascii="Arial" w:hAnsi="Arial" w:cs="Arial"/>
          <w:b w:val="0"/>
          <w:i w:val="0"/>
          <w:sz w:val="20"/>
        </w:rPr>
        <w:t>~20 min walk • Flat • Cultural — From the town dock, walk through the market area and north through the main streets to the studio…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Drums Monument to Austin Rodriguez Drum Shop: </w:t>
      </w:r>
      <w:r>
        <w:rPr>
          <w:rFonts w:ascii="Arial" w:hAnsi="Arial" w:cs="Arial"/>
          <w:b w:val="0"/>
          <w:i w:val="0"/>
          <w:sz w:val="20"/>
        </w:rPr>
        <w:t>~15 min walk • Flat • Cultural — Start at the Drums of My Fathers monument at the town entrance for a quick photo, then walk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5:21AM–6:17PM · Jul 5:27AM–6:29PM · Sep 5:41AM–5:54PM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cruiseports.org/dangriga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