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Curieuse Island, Seychelles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About a kilometre north of Praslin, Curieuse is an uninhabited Marine National Park where giant Aldabra tortoises roam free, Coco de Mer palms grow wild, and the only 'facility' is a restored colonial doctor's house.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(wet landing) · 🕒 Typical call: 4–6 hrs · 💵 Seychellois Rupee (SCR) / no shops on island · 🗣️ Seychellois Creole / English / French · 🐢 Marine National Park — park fee required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/ zodiac — wet landing on sand at Baie Laraie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highlights: </w:t>
      </w:r>
      <w:r>
        <w:rPr>
          <w:rFonts w:ascii="Arial" w:hAnsi="Arial" w:cs="Arial"/>
          <w:b w:val="0"/>
          <w:i w:val="0"/>
          <w:sz w:val="20"/>
        </w:rPr>
        <w:t>Tortoises 5 min from landing; Doctor's House ~45 min trail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Wildlife, nature, beaches, hiking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Free-roaming giant tortoises at the sanctuary nursery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~€60/person (includes park entry) — Private water taxis from Praslin offer flexible scheduling to reach Curieuse. Price typically includes the marine park 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Giant Tortoise Sanctuary — </w:t>
      </w:r>
      <w:r>
        <w:rPr>
          <w:rFonts w:ascii="Arial" w:hAnsi="Arial" w:cs="Arial"/>
          <w:b w:val="0"/>
          <w:i w:val="0"/>
          <w:sz w:val="20"/>
        </w:rPr>
        <w:t>Roughly 250 Aldabra giant tortoises were introduced here in 1978 and now roam free across the island.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Cross-Island Trail &amp; Mangrove Boardwalk — </w:t>
      </w:r>
      <w:r>
        <w:rPr>
          <w:rFonts w:ascii="Arial" w:hAnsi="Arial" w:cs="Arial"/>
          <w:b w:val="0"/>
          <w:i w:val="0"/>
          <w:sz w:val="20"/>
        </w:rPr>
        <w:t>A 1.5 km trail links Baie Laraie to Anse 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Doctor's House Museum — </w:t>
      </w:r>
      <w:r>
        <w:rPr>
          <w:rFonts w:ascii="Arial" w:hAnsi="Arial" w:cs="Arial"/>
          <w:b w:val="0"/>
          <w:i w:val="0"/>
          <w:sz w:val="20"/>
        </w:rPr>
        <w:t>A beautifully restored French Creole colonial villa that served the island's leper colony (1829–1965).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Anse St. José Beach &amp; Swimming — </w:t>
      </w:r>
      <w:r>
        <w:rPr>
          <w:rFonts w:ascii="Arial" w:hAnsi="Arial" w:cs="Arial"/>
          <w:b w:val="0"/>
          <w:i w:val="0"/>
          <w:sz w:val="20"/>
        </w:rPr>
        <w:t>The island's best swimming beach — powdery white sand framed by Seychellois granite boulders and calm turquoise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Creole Beach BBQ Lunch — </w:t>
      </w:r>
      <w:r>
        <w:rPr>
          <w:rFonts w:ascii="Arial" w:hAnsi="Arial" w:cs="Arial"/>
          <w:b w:val="0"/>
          <w:i w:val="0"/>
          <w:sz w:val="20"/>
        </w:rPr>
        <w:t>Most full-day excursions include a traditional Seychellois BBQ on the beach: grilled fish, Creole chicken, saffron rice,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Baie Laraie to Anse St. José Trail: </w:t>
      </w:r>
      <w:r>
        <w:rPr>
          <w:rFonts w:ascii="Arial" w:hAnsi="Arial" w:cs="Arial"/>
          <w:b w:val="0"/>
          <w:i w:val="0"/>
          <w:sz w:val="20"/>
        </w:rPr>
        <w:t>1.5 km · 45–60 min · Moderate — The island's signature walk: begin at the tortoise nursery at Baie Laraie, cross the mangrove…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6:15AM–6:10PM · Jul 6:26AM–6:19PM · Sep 6:10AM–6:14PM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cruiseports.org/curieuse-island-seychelles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Curieuse Island, Seychelles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urieuse-island-seychell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Praslin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Anse Takamaka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Geoli Charters - Group Tours, Private Charters &amp; Glass Bottom Boat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Snorkeling St.Pierre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L’Union Estate Farm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Gallery Passerose’s horizontal palm tree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Anse St. Jose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Mont Plaisir to Anse Georgette Nature Trail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