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Culebra, Puerto Rico,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tender-only gem in the Spanish Virgin Islands, Culebra delivers white-sand Flamenco Beach, sea turtle snorkeling, and a refreshingly undeveloped island vibe — no chain hotels, no mega-ship crowds.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US Dollar (USD) · 🗣️ Spanish &amp; English · 🐢 Sea turtles &amp; reefs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100% tender — ships anchor in Ensenada Honda; tenders land at Dewey town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You arrive in Dewey town center; Flamenco Beach is 2.5 mi (need transport)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World-class beach days, snorkeling with sea turtles, unspoiled island escape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Flamenco Beach's Navy tanks — graffiti-covered WWII-era Sherman tanks right on the sand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$5–$10/person — Shared vans wait at the ferry terminal and are the main local transport. Most common run is to Flamenco Beach; cash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Flamenco Beach Day — </w:t>
      </w:r>
      <w:r>
        <w:rPr>
          <w:rFonts w:ascii="Arial" w:hAnsi="Arial" w:cs="Arial"/>
          <w:b w:val="0"/>
          <w:i w:val="0"/>
          <w:sz w:val="20"/>
        </w:rPr>
        <w:t>Consistently ranked among the world's top beaches — a horseshoe of blinding white sand with calm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Turtle Snorkeling — </w:t>
      </w:r>
      <w:r>
        <w:rPr>
          <w:rFonts w:ascii="Arial" w:hAnsi="Arial" w:cs="Arial"/>
          <w:b w:val="0"/>
          <w:i w:val="0"/>
          <w:sz w:val="20"/>
        </w:rPr>
        <w:t>The Luis Peña Channel Marine Reserve around Tamarindo Beach is one of the Caribbean's best spots to snorkel with wild sea turtles.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Culebrita Island Day Trip — </w:t>
      </w:r>
      <w:r>
        <w:rPr>
          <w:rFonts w:ascii="Arial" w:hAnsi="Arial" w:cs="Arial"/>
          <w:b w:val="0"/>
          <w:i w:val="0"/>
          <w:sz w:val="20"/>
        </w:rPr>
        <w:t>Water taxis from Dewey dock ferry you to this tiny uninhabited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Golf Cart Island Exploration — </w:t>
      </w:r>
      <w:r>
        <w:rPr>
          <w:rFonts w:ascii="Arial" w:hAnsi="Arial" w:cs="Arial"/>
          <w:b w:val="0"/>
          <w:i w:val="0"/>
          <w:sz w:val="20"/>
        </w:rPr>
        <w:t>Rent a golf cart or Jeep and roam Culebra on your own schedule — Flamenco Beach, Zoni Beach's turtle nesting grounds,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Dewey Lunch &amp; Local Flavor — </w:t>
      </w:r>
      <w:r>
        <w:rPr>
          <w:rFonts w:ascii="Arial" w:hAnsi="Arial" w:cs="Arial"/>
          <w:b w:val="0"/>
          <w:i w:val="0"/>
          <w:sz w:val="20"/>
        </w:rPr>
        <w:t>Wander Dewey's colorful streets and eat like a local.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Dewey Village Stroll: </w:t>
      </w:r>
      <w:r>
        <w:rPr>
          <w:rFonts w:ascii="Arial" w:hAnsi="Arial" w:cs="Arial"/>
          <w:b w:val="0"/>
          <w:i w:val="0"/>
          <w:sz w:val="20"/>
        </w:rPr>
        <w:t>15 min · Flat · Free — From the tender dock, wander Dewey's handful of streets past colorful Caribbean buildings,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 to Melones Beach: </w:t>
      </w:r>
      <w:r>
        <w:rPr>
          <w:rFonts w:ascii="Arial" w:hAnsi="Arial" w:cs="Arial"/>
          <w:b w:val="0"/>
          <w:i w:val="0"/>
          <w:sz w:val="20"/>
        </w:rPr>
        <w:t>15 min walk · Easy · Free snorkeling — Head west along the waterfront from the dock to reach Melones Beach — rocky but with excellent…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5:47AM–6:47PM · Jul 5:53AM–7:00PM · Sep 6:09AM–6:23PM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cruiseports.org/culebra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Culebra, Puerto Rico,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ulebr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Culebra National Wildlife Refuge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Mosquito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Captain Bill's Catamaran Charter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Zoni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Dátiles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