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Culebra Island, Puerto Rico,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Caribbean's last unspoiled islands — no high-rises, no fast food, just blindingly white sand, neon-turquoise water, and sea turtles. Only small ships call here, and that's exactly the point.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pier) · 🕒 Typical call: 6-8 hrs · 💵 US Dollar · 🗣️ English &amp;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Dewey ferry dock — all ships anchor in Ensenada Honda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drops at Dewey town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 with sea turtles, unspoiled Caribbean vibe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Flamenco Beach &amp; the graffiti-covered WWII Navy tanks on the sand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$5–$10/person — Shared taxi vans wait at the Dewey dock and ferry terminal. The most common route is to Flamenco Beach — about $5–$10 pe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Flamenco Beach — </w:t>
      </w:r>
      <w:r>
        <w:rPr>
          <w:rFonts w:ascii="Arial" w:hAnsi="Arial" w:cs="Arial"/>
          <w:b w:val="0"/>
          <w:i w:val="0"/>
          <w:sz w:val="20"/>
        </w:rPr>
        <w:t>Consistently ranked one of the world's top beaches, Flamenco is a horseshoe of white sand and calm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 with Sea Turtles at Tamarindo Beach — </w:t>
      </w:r>
      <w:r>
        <w:rPr>
          <w:rFonts w:ascii="Arial" w:hAnsi="Arial" w:cs="Arial"/>
          <w:b w:val="0"/>
          <w:i w:val="0"/>
          <w:sz w:val="20"/>
        </w:rPr>
        <w:t>The Luis Peña Marine Reserve off Tamarindo and Melones beaches is home to green sea turtles, spotted eagle rays, and healthy coral.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Isla Culebrita — </w:t>
      </w:r>
      <w:r>
        <w:rPr>
          <w:rFonts w:ascii="Arial" w:hAnsi="Arial" w:cs="Arial"/>
          <w:b w:val="0"/>
          <w:i w:val="0"/>
          <w:sz w:val="20"/>
        </w:rPr>
        <w:t>Water taxi to this uninhabited sister island reveals 'The Jacuzzi' natural tidal pool, Playa Tortuga (nesting sea turtle beach)…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the Luis Peña Marine Reserve — </w:t>
      </w:r>
      <w:r>
        <w:rPr>
          <w:rFonts w:ascii="Arial" w:hAnsi="Arial" w:cs="Arial"/>
          <w:b w:val="0"/>
          <w:i w:val="0"/>
          <w:sz w:val="20"/>
        </w:rPr>
        <w:t>Paddle through mangrove channels and into the protected reserve for a chance to spot turtles, rays, and tropical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Golf Cart Island Exploration — </w:t>
      </w:r>
      <w:r>
        <w:rPr>
          <w:rFonts w:ascii="Arial" w:hAnsi="Arial" w:cs="Arial"/>
          <w:b w:val="0"/>
          <w:i w:val="0"/>
          <w:sz w:val="20"/>
        </w:rPr>
        <w:t>Rent a golf cart in Dewey and drive the entire island at your own pace — Flamenco Beach, Zoni Beach (with views to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Dewey Town Stroll: </w:t>
      </w:r>
      <w:r>
        <w:rPr>
          <w:rFonts w:ascii="Arial" w:hAnsi="Arial" w:cs="Arial"/>
          <w:b w:val="0"/>
          <w:i w:val="0"/>
          <w:sz w:val="20"/>
        </w:rPr>
        <w:t>0.5 mi · Flat · 20 min — Dewey is tiny and walkable end-to-end in 20 minutes.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5:47AM–6:47PM · Jul 5:53AM–7:00PM · Sep 6:09AM–6:23PM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cruiseports.org/culebra-island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Culebra Island, Puerto Rico,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lebr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Culebra National Wildlife Refuge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Mosquito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Captain Bill's Catamaran Charter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Zoni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Playa Dátiles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