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Crinan, Argyll,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 the western end of the 200-year-old Crinan Canal, this impossibly small harbour punches above its weight — ancient kingdoms, an Atlantic rainforest, beavers, and langoustines landed metres from your plate.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(anchor in Loch Crinan) · 🕒 Typical call: 5–7 hrs · 💷 Currency: GBP · 🗣️ English (Scottish Gaelic heritage) · 🚢 Small ships &amp; expedition vessels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Loch Crinan; tenders land at canal sea-lock pontoon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0 min — village is the pontoon; end-to-end in 10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nature walks, Atlantic rainforest, Scotland's finest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Kilmartin Glen prehistoric monuments &amp; Dunadd Fort (needs transport)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£17–£21 — Pre-book local taxis (KJ Cars or Octopus Cars) to Lochgilphead, the nearest town ~7 miles away. Journey takes about 11 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Kilmartin Glen — Scotland's Prehistoric Heartland — </w:t>
      </w:r>
      <w:r>
        <w:rPr>
          <w:rFonts w:ascii="Arial" w:hAnsi="Arial" w:cs="Arial"/>
          <w:b w:val="0"/>
          <w:i w:val="0"/>
          <w:sz w:val="20"/>
        </w:rPr>
        <w:t>Over 800 ancient monuments — stone circles, burial cairns, and standing stones — pack a six-mile valley rated among the most…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Dunadd Fort — Throne of the Gaelic Kings — </w:t>
      </w:r>
      <w:r>
        <w:rPr>
          <w:rFonts w:ascii="Arial" w:hAnsi="Arial" w:cs="Arial"/>
          <w:b w:val="0"/>
          <w:i w:val="0"/>
          <w:sz w:val="20"/>
        </w:rPr>
        <w:t>Climb this dramatic rocky crag rising from the Moine Mhòr wetlands to stand where early Scottish kings were crowned.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Knapdale Beaver Trail — </w:t>
      </w:r>
      <w:r>
        <w:rPr>
          <w:rFonts w:ascii="Arial" w:hAnsi="Arial" w:cs="Arial"/>
          <w:b w:val="0"/>
          <w:i w:val="0"/>
          <w:sz w:val="20"/>
        </w:rPr>
        <w:t>Walk the trail around Barnluasgan Loch in Knapdale Forest — the site of Scotland's first licensed wild beaver reintroduction.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Corryvreckan Whirlpool Boat Trip — </w:t>
      </w:r>
      <w:r>
        <w:rPr>
          <w:rFonts w:ascii="Arial" w:hAnsi="Arial" w:cs="Arial"/>
          <w:b w:val="0"/>
          <w:i w:val="0"/>
          <w:sz w:val="20"/>
        </w:rPr>
        <w:t>The world's third-largest whirlpool churns in the Gulf of Corryvreckan between Jura and Scarba.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Crinan Wood — Atlantic Rainforest Walk — </w:t>
      </w:r>
      <w:r>
        <w:rPr>
          <w:rFonts w:ascii="Arial" w:hAnsi="Arial" w:cs="Arial"/>
          <w:b w:val="0"/>
          <w:i w:val="0"/>
          <w:sz w:val="20"/>
        </w:rPr>
        <w:t>Follow the 1.5-mile loop trail through ancient oak woodland draped in moss and ferns directly behind the Crinan Hotel.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Basin &amp; Towpath Stroll: </w:t>
      </w:r>
      <w:r>
        <w:rPr>
          <w:rFonts w:ascii="Arial" w:hAnsi="Arial" w:cs="Arial"/>
          <w:b w:val="0"/>
          <w:i w:val="0"/>
          <w:sz w:val="20"/>
        </w:rPr>
        <w:t>1–2 miles · Easy · 45 min — From the sea-lock pontoon, walk east along the canal towpath watching yachts work the hand-cranked…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Crinan Wood Viewpoint Loop: </w:t>
      </w:r>
      <w:r>
        <w:rPr>
          <w:rFonts w:ascii="Arial" w:hAnsi="Arial" w:cs="Arial"/>
          <w:b w:val="0"/>
          <w:i w:val="0"/>
          <w:sz w:val="20"/>
        </w:rPr>
        <w:t>1.5 miles · Moderate · 1 hr — Take the signed trail uphill behind the Crinan Hotel through ancient oak and birch.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5:08AM–9:29PM · Jul 4:57AM–9:58PM · Sep 6:54AM–7:39PM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cruiseports.org/crinan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Crinan, Argyll,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rin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Knapdale Scottish Beaver Trail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Dunadd Fort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Nether Largie Standing Stones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Argyll Beaver &amp; Wildlife Visitor 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Achnabreac Forest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Dunchraigaig Cairn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Carnasserie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Nether Largie South Cairn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