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Craobh Haven, Argyll,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Pronounced 'Krove Haven,' this purpose-built 1980s marina village is one of Scotland's most peaceful small-ship stops — surrounded by wildlife, ancient stones, and the world's third-largest whirlpool just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5-7 hrs · 💷 Currency: GBP · 🗣️ Language: English · 🧳 Small-ship / expedition lines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marina pontoon — no pier for cruise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2 min from tender dock to pub/café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coastal walks, ancient archaeology, boat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Gulf of Corryvreckan whirlpool boat tour or Arduaine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£35–60 — Pre-booked local taxis run to Lochgilphead (~18 miles, £35–50) or Oban (~22 miles, £45–60). There are no taxi ranks at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Gulf of Corryvreckan Whirlpool Boat Tour — </w:t>
      </w:r>
      <w:r>
        <w:rPr>
          <w:rFonts w:ascii="Arial" w:hAnsi="Arial" w:cs="Arial"/>
          <w:b w:val="0"/>
          <w:i w:val="0"/>
          <w:sz w:val="20"/>
        </w:rPr>
        <w:t>The world's third-largest whirlpool, between Jura and Scarba, is best reached from Craobh Haven.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Kilmartin Glen Archaeology — </w:t>
      </w:r>
      <w:r>
        <w:rPr>
          <w:rFonts w:ascii="Arial" w:hAnsi="Arial" w:cs="Arial"/>
          <w:b w:val="0"/>
          <w:i w:val="0"/>
          <w:sz w:val="20"/>
        </w:rPr>
        <w:t>One of mainland Scotland's richest prehistoric landscapes, about 25 miles (40 min)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Arduaine Garden (National Trust for Scotland) — </w:t>
      </w:r>
      <w:r>
        <w:rPr>
          <w:rFonts w:ascii="Arial" w:hAnsi="Arial" w:cs="Arial"/>
          <w:b w:val="0"/>
          <w:i w:val="0"/>
          <w:sz w:val="20"/>
        </w:rPr>
        <w:t>A clifftop garden warmed by the Gulf Stream that shouldn't exist at this latitude — rhododendrons, Himalayan lilies, and even…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Spotting — Eagles, Seals &amp; Otters — </w:t>
      </w:r>
      <w:r>
        <w:rPr>
          <w:rFonts w:ascii="Arial" w:hAnsi="Arial" w:cs="Arial"/>
          <w:b w:val="0"/>
          <w:i w:val="0"/>
          <w:sz w:val="20"/>
        </w:rPr>
        <w:t>Walk the coastal path toward the Lunga Estate for harbour seals, otters, porpoises, and if you're lucky, White-tailed Sea Eagles…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— Craignish Peninsula — </w:t>
      </w:r>
      <w:r>
        <w:rPr>
          <w:rFonts w:ascii="Arial" w:hAnsi="Arial" w:cs="Arial"/>
          <w:b w:val="0"/>
          <w:i w:val="0"/>
          <w:sz w:val="20"/>
        </w:rPr>
        <w:t>Craobh Haven's marina has watersports facilities, and the sheltered waters of Loch Craignish are ideal for guided kayaking.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Lunga Coastal Path: </w:t>
      </w:r>
      <w:r>
        <w:rPr>
          <w:rFonts w:ascii="Arial" w:hAnsi="Arial" w:cs="Arial"/>
          <w:b w:val="0"/>
          <w:i w:val="0"/>
          <w:sz w:val="20"/>
        </w:rPr>
        <w:t>2-3 miles round trip · Easy · 1-1.5 hrs — Follow the shoreline path north from the marina past the small shingle beach and along Loch Shuna…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Viewpoint Walk: </w:t>
      </w:r>
      <w:r>
        <w:rPr>
          <w:rFonts w:ascii="Arial" w:hAnsi="Arial" w:cs="Arial"/>
          <w:b w:val="0"/>
          <w:i w:val="0"/>
          <w:sz w:val="20"/>
        </w:rPr>
        <w:t>0.5 miles · Easy-moderate · 20-30 min — A short uphill path from the marina leads to a viewpoint above the village with sweeping views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5:08AM–9:30PM · Jul 4:56AM–9:59PM · Sep 6:54AM–7:39PM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cruiseports.org/craobh-haven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Craobh Haven, Argyll,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raobh-hav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Carnasserie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Nether Largie South Cairn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Nether Largie Standing Stones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Easdale Island Folk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Arduaine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Dunchraigaig Cairn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Craignish Point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