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Cozumel, Quintana Roo,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Made famous by Jacques Cousteau in the 1960s, Cozumel sits atop the Mesoamerican Barrier Reef — the world's second-largest — delivering world-class diving, Mayan pilgrimage sites, and easy beach days from three dedicated cruise piers.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(3 cruise piers) · 🕒 Typical call: 8-10 hrs · 💵 USD &amp; Mexican Peso · 🗣️ Spanish (English widely spoken) · 🤿 Top dive &amp; snorkel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Three dedicated cruise piers — all docked,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Punta Langosta: steps from downtown. International Pier &amp; Puerta Maya: ~$8-12 taxi ride (3-5 mi south)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Scuba diving, snorkeling, Mayan ruins, beach clubs, island loop by scooter or golf cart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El Cielo starfish lagoon, Palancar Reef dive, San Gervasio ruins, Punta Sur Eco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$5–$12 USD — Fixed-zone taxis are the most common transport. From Punta Langosta pier it is about $5 to downtown San Miguel; from Int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Cielo Snorkel — Starfish Lagoon — </w:t>
      </w:r>
      <w:r>
        <w:rPr>
          <w:rFonts w:ascii="Arial" w:hAnsi="Arial" w:cs="Arial"/>
          <w:b w:val="0"/>
          <w:i w:val="0"/>
          <w:sz w:val="20"/>
        </w:rPr>
        <w:t>El Cielo ('heaven') is a shallow sandbar carpeted with hundreds of starfish in brilliant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Palancar Reef Dive or Snorkel — </w:t>
      </w:r>
      <w:r>
        <w:rPr>
          <w:rFonts w:ascii="Arial" w:hAnsi="Arial" w:cs="Arial"/>
          <w:b w:val="0"/>
          <w:i w:val="0"/>
          <w:sz w:val="20"/>
        </w:rPr>
        <w:t>Part of the Mesoamerican Barrier Reef — made world-famous by Jacques Cousteau in 1961.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Gervasio Mayan Ruins — </w:t>
      </w:r>
      <w:r>
        <w:rPr>
          <w:rFonts w:ascii="Arial" w:hAnsi="Arial" w:cs="Arial"/>
          <w:b w:val="0"/>
          <w:i w:val="0"/>
          <w:sz w:val="20"/>
        </w:rPr>
        <w:t>Cozumel's own Mayan site was the island's most sacred — a pilgrimage center for Ix Chel, goddess of fertility and healing.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Punta Sur Eco Park — </w:t>
      </w:r>
      <w:r>
        <w:rPr>
          <w:rFonts w:ascii="Arial" w:hAnsi="Arial" w:cs="Arial"/>
          <w:b w:val="0"/>
          <w:i w:val="0"/>
          <w:sz w:val="20"/>
        </w:rPr>
        <w:t>The island's southern tip is a protected reserve with a working lighthouse, El Caracol Mayan storm-warning ruin, crocodile…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All-Inclusive Beach Club Day — </w:t>
      </w:r>
      <w:r>
        <w:rPr>
          <w:rFonts w:ascii="Arial" w:hAnsi="Arial" w:cs="Arial"/>
          <w:b w:val="0"/>
          <w:i w:val="0"/>
          <w:sz w:val="20"/>
        </w:rPr>
        <w:t>Mr.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Miguel Waterfront &amp; Main Square: </w:t>
      </w:r>
      <w:r>
        <w:rPr>
          <w:rFonts w:ascii="Arial" w:hAnsi="Arial" w:cs="Arial"/>
          <w:b w:val="0"/>
          <w:i w:val="0"/>
          <w:sz w:val="20"/>
        </w:rPr>
        <w:t>~1.5 km · Easy · 30-45 min — From Punta Langosta pier, walk north along Avenida Rafael Melgar — the waterfront boulevard lined…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Pier to Town Walk (International or Puerta Maya): </w:t>
      </w:r>
      <w:r>
        <w:rPr>
          <w:rFonts w:ascii="Arial" w:hAnsi="Arial" w:cs="Arial"/>
          <w:b w:val="0"/>
          <w:i w:val="0"/>
          <w:sz w:val="20"/>
        </w:rPr>
        <w:t>~3-5 km · Moderate · 45-60 min — A long but pleasant walk north along the coastal road from either southern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6:10AM–7:17PM · Jul 6:16AM–7:31PM · Sep 6:35AM–6:50PM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cruiseports.org/cozumel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Cozumel, Quintana Roo,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zume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Mission Tequila Tour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Reefs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Cozumel Sailing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Planetario De Cozumel Cha'an Ka'an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Uvas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Zona Arqueológica San Gervasio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Benito Juarez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Atlantis Submarines Cozumel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