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Cousin Island, Seychelles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Indian Ocean's last truly wild islands — fearless seabirds nest inches from your feet, giant tortoises roam freely, and hawksbill turtles come ashore on pristine granite beaches. Only small expedition ships call here, and every visit is a guided, conservation-funded experience.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— warden boats only (no pier) · 🕒 Typical call: 3-4 hrs (Mon–Fri only) · 💵 Entrance fee: ~SCR 600 / €40 per person · 🗣️ English &amp; Seychellois Creole · 🌿 Nature reserve — guided visits only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Anchor offshore; transfer to reserve warden patrol boats ~200 m from 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Wildlife photography, rare endemic birds, hawksbill turtles, pristine beaches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Seychelles warbler, Seychelles fody, fearless white terns, giant tortoises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Important Limits: </w:t>
      </w:r>
      <w:r>
        <w:rPr>
          <w:rFonts w:ascii="Arial" w:hAnsi="Arial" w:cs="Arial"/>
          <w:b w:val="0"/>
          <w:i w:val="0"/>
          <w:sz w:val="20"/>
        </w:rPr>
        <w:t>Open Mon–Fri 9:45 am–12:30 pm only; no restaurants, shops, or toilets on island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SCR 250–600 (~$15–$37 USD) — If tendering at Baie Sainte Anne on Praslin, government-regulated taxis are available at the jetty. Confirm fares before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Guided Nature Walk with Reserve Wardens — </w:t>
      </w:r>
      <w:r>
        <w:rPr>
          <w:rFonts w:ascii="Arial" w:hAnsi="Arial" w:cs="Arial"/>
          <w:b w:val="0"/>
          <w:i w:val="0"/>
          <w:sz w:val="20"/>
        </w:rPr>
        <w:t>The island's own young conservationists lead a ~90-minute circuit through granite outcrops, coastal forest, and nesting colonies.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Hawksbill Turtle Watching — </w:t>
      </w:r>
      <w:r>
        <w:rPr>
          <w:rFonts w:ascii="Arial" w:hAnsi="Arial" w:cs="Arial"/>
          <w:b w:val="0"/>
          <w:i w:val="0"/>
          <w:sz w:val="20"/>
        </w:rPr>
        <w:t>Cousin Island hosts one of the densest nesting populations of hawksbill turtles in the Indian Ocean.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Birdwatching — Seychelles Endemics — </w:t>
      </w:r>
      <w:r>
        <w:rPr>
          <w:rFonts w:ascii="Arial" w:hAnsi="Arial" w:cs="Arial"/>
          <w:b w:val="0"/>
          <w:i w:val="0"/>
          <w:sz w:val="20"/>
        </w:rPr>
        <w:t>Cousin Island is one of the last strongholds of the Seychelles warbler and Seychelles fody, both globally threatened species.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Guided Island Circuit: </w:t>
      </w:r>
      <w:r>
        <w:rPr>
          <w:rFonts w:ascii="Arial" w:hAnsi="Arial" w:cs="Arial"/>
          <w:b w:val="0"/>
          <w:i w:val="0"/>
          <w:sz w:val="20"/>
        </w:rPr>
        <w:t>~1.5 km · Easy · ~90 min · Guided only — A single looping trail led by reserve wardens takes in the granite interior, coastal forest…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5:50AM–8:44PM · Jul 5:47AM–9:05PM · Sep 6:59AM–7:30PM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cruiseports.org/cousin-island-seychelles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Cousin Island, Seychelles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usin-island-seychelle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Praslin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Anse Georgette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Geoli Charters - Group Tours, Private Charters &amp; Glass Bottom Boat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Anse Takamaka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Mont Plaisir to Anse Georgette Nature Trail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Praslin National Park Waterfall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Grand Anse Beach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