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Costa Maya (Mahahual), Quintana Roo, Mexico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Two worlds in one port day: a slick waterpark-and-beach-club complex right off the gangway, and a genuine Mexican fishing village 3 km up the malecón — plus the Yucatán's most accessible Mayan ruins just 45 minutes inland.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(purpose-built pier) · 🕒 Typical call: 7-9 hrs · 💵 USD &amp; Mexican Peso widely accepted · 🗣️ Spanish (English at pier &amp; Mahahual) · 🏗️ Perfect Day Mexico coming 2027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Purpose-built pier; all ships dock (no tendering). Free tram runs the length of the long pier to the terminal complex. Capacity for up to 4 ships simultaneously.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~45-min walk or $8 taxi to Mahahual village (3 km). The pier complex itself has pools, restaurants, and beach clubs on-site.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Chacchoben Mayan ruins, Bacalar 'Lake of Seven Colors', reef snorkeling, beach clubs, and the Lost Mayan Kingdom water park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Chacchoben ruins at sunrise, a boat tour on Bacalar Lagoon, fresh ceviche on the Mahahual malecón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$5/person — Taxis wait at the cruise terminal exit for the 5–10 min ride to Mahahual town. Confirm the fare before you go; expect ~$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Chacchoben Mayan Ruins — </w:t>
      </w:r>
      <w:r>
        <w:rPr>
          <w:rFonts w:ascii="Arial" w:hAnsi="Arial" w:cs="Arial"/>
          <w:b w:val="0"/>
          <w:i w:val="0"/>
          <w:sz w:val="20"/>
        </w:rPr>
        <w:t>The closest major Mayan archaeological site to the port, Chacchoben features well-preserved temple pyramids rising from dense…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Bacalar — Lake of Seven Colors — </w:t>
      </w:r>
      <w:r>
        <w:rPr>
          <w:rFonts w:ascii="Arial" w:hAnsi="Arial" w:cs="Arial"/>
          <w:b w:val="0"/>
          <w:i w:val="0"/>
          <w:sz w:val="20"/>
        </w:rPr>
        <w:t>About 75 minutes from the pier, Bacalar is one of Mexico's most extraordinary natural sites: a 42 km freshwater lagoon that…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Snorkel the Mesoamerican Reef — </w:t>
      </w:r>
      <w:r>
        <w:rPr>
          <w:rFonts w:ascii="Arial" w:hAnsi="Arial" w:cs="Arial"/>
          <w:b w:val="0"/>
          <w:i w:val="0"/>
          <w:sz w:val="20"/>
        </w:rPr>
        <w:t>The Mesoamerican Barrier Reef — second-largest in the world — runs right along the Costa Maya coastline.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Chinchorro Atoll Dive &amp; Snorkel — </w:t>
      </w:r>
      <w:r>
        <w:rPr>
          <w:rFonts w:ascii="Arial" w:hAnsi="Arial" w:cs="Arial"/>
          <w:b w:val="0"/>
          <w:i w:val="0"/>
          <w:sz w:val="20"/>
        </w:rPr>
        <w:t>Banco Chinchorro, 30 km offshore, is the largest coral atoll in the Northern Hemisphere and a UNESCO Biosphere Reserve.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Kohunlich &amp; Dzibanche Mayan Sites — </w:t>
      </w:r>
      <w:r>
        <w:rPr>
          <w:rFonts w:ascii="Arial" w:hAnsi="Arial" w:cs="Arial"/>
          <w:b w:val="0"/>
          <w:i w:val="0"/>
          <w:sz w:val="20"/>
        </w:rPr>
        <w:t>For those who want to go deeper into Mayan history, Kohunlich and nearby Dzibanche are larger, more remote sites about 2 hours…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Mahahual Malecón: </w:t>
      </w:r>
      <w:r>
        <w:rPr>
          <w:rFonts w:ascii="Arial" w:hAnsi="Arial" w:cs="Arial"/>
          <w:b w:val="0"/>
          <w:i w:val="0"/>
          <w:sz w:val="20"/>
        </w:rPr>
        <w:t>~3 km one way · Easy (flat) · Taxi recommended midday · 45 min if walking — Take a taxi ($8/cab) from the pier gate to Mahahual village, then walk the malecón south toward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Terminal Beach Club Loop: </w:t>
      </w:r>
      <w:r>
        <w:rPr>
          <w:rFonts w:ascii="Arial" w:hAnsi="Arial" w:cs="Arial"/>
          <w:b w:val="0"/>
          <w:i w:val="0"/>
          <w:sz w:val="20"/>
        </w:rPr>
        <w:t>~1 km · Easy · No taxi needed · 1-2 hrs — Stay inside the Puerto Costa Maya complex and explore on foot: the pool area, beach club strip…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6:16AM–7:17PM · Jul 6:22AM–7:30PM · Sep 6:38AM–6:52PM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cruiseports.org/costa-maya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Costa Maya (Mahahual), Quintana Roo, Mexico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sta-may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Costa Maya Pirates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Costa Maya Chunky Monkey Tours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