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Cosmoledo Atoll, Outer Islands, Seychelles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An uninhabited coral atoll 1,000 km from Mahé, Cosmoledo is the Indian Ocean's answer to the Galápagos — wildlife so fearless it walks up to you, reefs untouched by mass tourism, and beaches that have never seen a sun lounger.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Zodiac / Wet Landing (no pier) · 🕒 Typical call: 6–8 hrs · 💵 No local currency needed · 🗣️ No permanent residents · 🌿 Expedition ships only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Anchor offshore; Zodiac wet landings only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Wildlife, snorkeling, fly-fishing, photography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Seabird colonies on Wizard Island &amp; tidal flat reef sharks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Bring Ashore: </w:t>
      </w:r>
      <w:r>
        <w:rPr>
          <w:rFonts w:ascii="Arial" w:hAnsi="Arial" w:cs="Arial"/>
          <w:b w:val="0"/>
          <w:i w:val="0"/>
          <w:sz w:val="20"/>
        </w:rPr>
        <w:t>Water shoes, dry bag, reef-safe sunscreen, binoculars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Seabird Colony Walk — Wizard Island — </w:t>
      </w:r>
      <w:r>
        <w:rPr>
          <w:rFonts w:ascii="Arial" w:hAnsi="Arial" w:cs="Arial"/>
          <w:b w:val="0"/>
          <w:i w:val="0"/>
          <w:sz w:val="20"/>
        </w:rPr>
        <w:t>Walk the beach and interior of Grande Île (Wizard Island) through massive nesting colonies of red-footed boobies, masked boobies…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the Pristine Reef — </w:t>
      </w:r>
      <w:r>
        <w:rPr>
          <w:rFonts w:ascii="Arial" w:hAnsi="Arial" w:cs="Arial"/>
          <w:b w:val="0"/>
          <w:i w:val="0"/>
          <w:sz w:val="20"/>
        </w:rPr>
        <w:t>Drop in directly from the beach or Zodiac onto coral gardens virtually untouched by tourism.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Tidal Flat Exploration — </w:t>
      </w:r>
      <w:r>
        <w:rPr>
          <w:rFonts w:ascii="Arial" w:hAnsi="Arial" w:cs="Arial"/>
          <w:b w:val="0"/>
          <w:i w:val="0"/>
          <w:sz w:val="20"/>
        </w:rPr>
        <w:t>At low tide, walk the exposed flats with your expedition guide to spot juvenile reef sharks, stingrays, and hermit crabs resting…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Giant Trevally Fly-Fishing — </w:t>
      </w:r>
      <w:r>
        <w:rPr>
          <w:rFonts w:ascii="Arial" w:hAnsi="Arial" w:cs="Arial"/>
          <w:b w:val="0"/>
          <w:i w:val="0"/>
          <w:sz w:val="20"/>
        </w:rPr>
        <w:t>Cosmoledo is globally regarded as the GT Capital of the World.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Turtle Beach Watch — </w:t>
      </w:r>
      <w:r>
        <w:rPr>
          <w:rFonts w:ascii="Arial" w:hAnsi="Arial" w:cs="Arial"/>
          <w:b w:val="0"/>
          <w:i w:val="0"/>
          <w:sz w:val="20"/>
        </w:rPr>
        <w:t>Cosmoledo is one of the Seychelles' most important nesting beaches for green and hawksbill turtles.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Wizard Island Beach Walk: </w:t>
      </w:r>
      <w:r>
        <w:rPr>
          <w:rFonts w:ascii="Arial" w:hAnsi="Arial" w:cs="Arial"/>
          <w:b w:val="0"/>
          <w:i w:val="0"/>
          <w:sz w:val="20"/>
        </w:rPr>
        <w:t>1.5–3 km • Easy • Sand &amp; coral flat — A guided stroll along the sweeping white-sand beaches of Grande Île, weaving through seabird…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Menai Island Lagoon Edge: </w:t>
      </w:r>
      <w:r>
        <w:rPr>
          <w:rFonts w:ascii="Arial" w:hAnsi="Arial" w:cs="Arial"/>
          <w:b w:val="0"/>
          <w:i w:val="0"/>
          <w:sz w:val="20"/>
        </w:rPr>
        <w:t>1–2 km • Easy • Sand &amp; shallow water — Walk the lagoon-side beach of Menai Island at low tide, wading through ankle-deep crystal water…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6:56AM–6:35PM · Jul 7:07AM–6:43PM · Sep 6:43AM–6:46PM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cruiseports.org/cosmoledo-atoll-seychelles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