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Corpach, Scottish Highlands, Scotland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the Caledonian Canal meets Loch Linnhe in the shadow of Ben Nevis. Corpach is a small Highland village with outsized scenery — and a photogenic shipwreck on the beach.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Small ships dock; larger ships tender · 🕒 Typical call: 6-8 hrs · 💷 British Pound Sterling (£) · 🗣️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Small/expedition ships dock at Corpach Basin quay; larger cruise ships tender into the canal basin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Fort William: </w:t>
      </w:r>
      <w:r>
        <w:rPr>
          <w:rFonts w:ascii="Arial" w:hAnsi="Arial" w:cs="Arial"/>
          <w:b w:val="0"/>
          <w:i w:val="0"/>
          <w:sz w:val="20"/>
        </w:rPr>
        <w:t>4 miles — take the train (~10 min) or bus from Corpach Station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Scenery, canal engineering, whisky distillery, steam train excursions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MV Dayspring shipwreck on Caol Beach with Ben Nevis behind it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£12–£15 — Local taxis (e.g. Lochaber Taxis) run from the cruise terminal to Fort William town centre in about 9 minutes. Pre-booki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Jacobite Steam Train ("Harry Potter Train") — </w:t>
      </w:r>
      <w:r>
        <w:rPr>
          <w:rFonts w:ascii="Arial" w:hAnsi="Arial" w:cs="Arial"/>
          <w:b w:val="0"/>
          <w:i w:val="0"/>
          <w:sz w:val="20"/>
        </w:rPr>
        <w:t>Board the famous steam train from Fort William to Mallaig, crossing the legendary Glenfinnan Viaduct over Loch Shiel.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Glenfinnan Monument &amp; Viaduct — </w:t>
      </w:r>
      <w:r>
        <w:rPr>
          <w:rFonts w:ascii="Arial" w:hAnsi="Arial" w:cs="Arial"/>
          <w:b w:val="0"/>
          <w:i w:val="0"/>
          <w:sz w:val="20"/>
        </w:rPr>
        <w:t>30 minutes by train or taxi from Corpach, the Glenfinnan Monument marks where Bonnie Prince Charlie raised his standard in 1745.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Ben Nevis &amp; Glen Nevis Walk — </w:t>
      </w:r>
      <w:r>
        <w:rPr>
          <w:rFonts w:ascii="Arial" w:hAnsi="Arial" w:cs="Arial"/>
          <w:b w:val="0"/>
          <w:i w:val="0"/>
          <w:sz w:val="20"/>
        </w:rPr>
        <w:t>A 10-minute taxi from Corpach drops you at Glen Nevis, where walks range from an easy gorge path to the full summit of the UK's…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Ben Nevis Distillery Tour &amp; Tasting — </w:t>
      </w:r>
      <w:r>
        <w:rPr>
          <w:rFonts w:ascii="Arial" w:hAnsi="Arial" w:cs="Arial"/>
          <w:b w:val="0"/>
          <w:i w:val="0"/>
          <w:sz w:val="20"/>
        </w:rPr>
        <w:t>One of Scotland's oldest licensed distilleries (est.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Neptune's Staircase Canal Walk — </w:t>
      </w:r>
      <w:r>
        <w:rPr>
          <w:rFonts w:ascii="Arial" w:hAnsi="Arial" w:cs="Arial"/>
          <w:b w:val="0"/>
          <w:i w:val="0"/>
          <w:sz w:val="20"/>
        </w:rPr>
        <w:t>A flat, scenic 30-minute walk along the Caledonian Canal towpath from Corpach brings you to Neptune's Staircase at Banavie —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Corpach Shipwreck &amp; Canal Sea Lock: </w:t>
      </w:r>
      <w:r>
        <w:rPr>
          <w:rFonts w:ascii="Arial" w:hAnsi="Arial" w:cs="Arial"/>
          <w:b w:val="0"/>
          <w:i w:val="0"/>
          <w:sz w:val="20"/>
        </w:rPr>
        <w:t>1.5 km · Easy · 20-30 min — Walk from the pier along the shoreline to the iconic MV Dayspring shipwreck on Caol Beach — best…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Canal Towpath to Neptune's Staircase: </w:t>
      </w:r>
      <w:r>
        <w:rPr>
          <w:rFonts w:ascii="Arial" w:hAnsi="Arial" w:cs="Arial"/>
          <w:b w:val="0"/>
          <w:i w:val="0"/>
          <w:sz w:val="20"/>
        </w:rPr>
        <w:t>3.5 km one way · Easy, flat · 30-40 min — Follow the Caledonian Canal towpath north from Corpach through peaceful Highland scenery to…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5:03AM–9:32PM · Jul 4:50AM–10:01PM · Sep 6:52AM–7:37PM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cruiseports.org/corpach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Corpach, Scottish Highlands, Scotland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rpach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Ben Nevis Weather Station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Treasures of the Earth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Ben Nevis Distillery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Old Inverlochy Castle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Commando Memorial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Ben Nevis Visitor Centre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Clan Cameron Museum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