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Corner Brook, Newfoundland,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Newfoundland's second city sits at the mouth of the Humber River, ringed by the ancient Long Range Mountains. Ships dock at the pier — step off and you're a short shuttle ride from wild trails, world-class ziplines, and some of the warmest hospitality in the Atlantic.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Canadian Dollar (CAD) · 🗣️ English (Newfoundland dialect) · 🌦️ Layer up — weather changes fast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the Corner Brook Port Corporation Western Terminal;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~1.5 km (1 mile) to West Street downtown; free shuttle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hiking, ziplines, Newfoundland culture &amp;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Captain James Cook National Historic Site (Crow Hill) and Steady Brook Falls zipline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$15–20 (city), CAD $15–20 (Captain Cook Monument) — Taxis wait at the dock when ships are in port. Base fare ~CAD $3 plus ~$3/km. Local companies include City Wide Taxi,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Gros Morne National Park — </w:t>
      </w:r>
      <w:r>
        <w:rPr>
          <w:rFonts w:ascii="Arial" w:hAnsi="Arial" w:cs="Arial"/>
          <w:b w:val="0"/>
          <w:i w:val="0"/>
          <w:sz w:val="20"/>
        </w:rPr>
        <w:t>A UNESCO World Heritage Site 75–90 minutes north, famous for dramatic fjords and the Tablelands — a rare place where the Earth's…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Marble Zip Tours — Steady Brook Falls — </w:t>
      </w:r>
      <w:r>
        <w:rPr>
          <w:rFonts w:ascii="Arial" w:hAnsi="Arial" w:cs="Arial"/>
          <w:b w:val="0"/>
          <w:i w:val="0"/>
          <w:sz w:val="20"/>
        </w:rPr>
        <w:t>Zipline directly over the 60-metre (200 ft) Steady Brook Falls at Marble Mountain Resort, just 10 minutes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Captain James Cook National Historic Site — </w:t>
      </w:r>
      <w:r>
        <w:rPr>
          <w:rFonts w:ascii="Arial" w:hAnsi="Arial" w:cs="Arial"/>
          <w:b w:val="0"/>
          <w:i w:val="0"/>
          <w:sz w:val="20"/>
        </w:rPr>
        <w:t>A monument to explorer James Cook, who charted these waters in 1767, perched atop Crow Hill (Cook's Lookout) high above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of Islands &amp; Fishing Village Drive — </w:t>
      </w:r>
      <w:r>
        <w:rPr>
          <w:rFonts w:ascii="Arial" w:hAnsi="Arial" w:cs="Arial"/>
          <w:b w:val="0"/>
          <w:i w:val="0"/>
          <w:sz w:val="20"/>
        </w:rPr>
        <w:t>Follow Captain Cook's Trail along the Bay of Islands to charming outport communities like Lark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 Flavor of Corner Brook — Food, Frolic &amp; Fish — </w:t>
      </w:r>
      <w:r>
        <w:rPr>
          <w:rFonts w:ascii="Arial" w:hAnsi="Arial" w:cs="Arial"/>
          <w:b w:val="0"/>
          <w:i w:val="0"/>
          <w:sz w:val="20"/>
        </w:rPr>
        <w:t>Sample toutons with molasses, fresh cod tongues, and partridgeberry treats on a guided culinary walk through downtown.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Corner Brook Stream Trail to Margaret Bowater Park: </w:t>
      </w:r>
      <w:r>
        <w:rPr>
          <w:rFonts w:ascii="Arial" w:hAnsi="Arial" w:cs="Arial"/>
          <w:b w:val="0"/>
          <w:i w:val="0"/>
          <w:sz w:val="20"/>
        </w:rPr>
        <w:t>2-3 km · Easy · 45-60 min · Free — From the Glynmill Inn, follow this well-maintained wooded trail along the stream to Margaret…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West Street Stroll: </w:t>
      </w:r>
      <w:r>
        <w:rPr>
          <w:rFonts w:ascii="Arial" w:hAnsi="Arial" w:cs="Arial"/>
          <w:b w:val="0"/>
          <w:i w:val="0"/>
          <w:sz w:val="20"/>
        </w:rPr>
        <w:t>1-2 km · Easy · 30-45 min · Free — Hop off the shuttle at the Visitor Information Chalet and wander West Street for local shops,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5:39AM–8:57PM · Jul 5:34AM–9:20PM · Sep 6:59AM–7:33PM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cruiseports.org/corner-brook-nl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Corner Brook, Newfoundland,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brook-n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Marble Zip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Margaret​ Bowater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Corner Brook Stream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Bartlett's Point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Captain James Cook Historic Site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