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Copenhagen,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Denmark's effortlessly cool capital — candy-colored Nyhavn quays, royal palaces, legendary New Nordic food, and bike-friendly streets all waiting just beyond the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(Oceankaj or Langelinie) · 🕒 Typical call: 9–11 hrs · 💵 Danish Krone (DKK) · 🗣️ Danish · English universal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Oceankaj (Nordhavn) or Langelinie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Walk (Langelinie) or bus/metro (Oceankaj)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Design · Royal history · Foodie scene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Nyhavn canal &amp; Tivoli Gardens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DKK 135–520 (~$21–79 USD) — Fare depends on terminal. Langelinie (closest to city) ~DKK 135 daytime. Oceankaj (furthest) ~DKK 425 daytime, ~DKK 520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Stromma (City Sightseeing Copenhagen) · from DKK 409 (24-hr bus + canal boat combo)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Nyhavn &amp; Royal Waterfront Walk — </w:t>
      </w:r>
      <w:r>
        <w:rPr>
          <w:rFonts w:ascii="Arial" w:hAnsi="Arial" w:cs="Arial"/>
          <w:b w:val="0"/>
          <w:i w:val="0"/>
          <w:sz w:val="20"/>
        </w:rPr>
        <w:t>The candy-colored 17th-century harbor of Nyhavn, past Amalienborg Palace (watch the noon guard change), and on to the Little…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Boat Tour — </w:t>
      </w:r>
      <w:r>
        <w:rPr>
          <w:rFonts w:ascii="Arial" w:hAnsi="Arial" w:cs="Arial"/>
          <w:b w:val="0"/>
          <w:i w:val="0"/>
          <w:sz w:val="20"/>
        </w:rPr>
        <w:t>See the city from its waterways — gliding past the Opera House, Christianshavn, the Black Diamond library, and the Little Mermaid…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Tivoli Gardens — </w:t>
      </w:r>
      <w:r>
        <w:rPr>
          <w:rFonts w:ascii="Arial" w:hAnsi="Arial" w:cs="Arial"/>
          <w:b w:val="0"/>
          <w:i w:val="0"/>
          <w:sz w:val="20"/>
        </w:rPr>
        <w:t>The historic pleasure garden that opened in 1843 and inspired Walt Disney — vintage rides, manicured gardens, live music,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Kronborg or Frederiksborg Castle — </w:t>
      </w:r>
      <w:r>
        <w:rPr>
          <w:rFonts w:ascii="Arial" w:hAnsi="Arial" w:cs="Arial"/>
          <w:b w:val="0"/>
          <w:i w:val="0"/>
          <w:sz w:val="20"/>
        </w:rPr>
        <w:t>Day trip to a Danish royal castle: Kronborg ('Hamlet's Castle') guards the Øresund strait as a UNESCO site, or visit…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Freetown Christiania — </w:t>
      </w:r>
      <w:r>
        <w:rPr>
          <w:rFonts w:ascii="Arial" w:hAnsi="Arial" w:cs="Arial"/>
          <w:b w:val="0"/>
          <w:i w:val="0"/>
          <w:sz w:val="20"/>
        </w:rPr>
        <w:t>A self-governing 'free town' carved from former military barracks in 1971 — car-free laneways, self-built homes, murals, organic…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Little Mermaid to Nyhavn: </w:t>
      </w:r>
      <w:r>
        <w:rPr>
          <w:rFonts w:ascii="Arial" w:hAnsi="Arial" w:cs="Arial"/>
          <w:b w:val="0"/>
          <w:i w:val="0"/>
          <w:sz w:val="20"/>
        </w:rPr>
        <w:t>~3 km · 1.5 hrs · easy — From the Little Mermaid statue past the Gefion Fountain, Amalienborg Palace (noon guard change)…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Strøget &amp; the Old Center: </w:t>
      </w:r>
      <w:r>
        <w:rPr>
          <w:rFonts w:ascii="Arial" w:hAnsi="Arial" w:cs="Arial"/>
          <w:b w:val="0"/>
          <w:i w:val="0"/>
          <w:sz w:val="20"/>
        </w:rPr>
        <w:t>~2 km · 1.5 hrs · easy — Europe's longest pedestrian street, threading from Kongens Nytorv through the Latin Quarter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Christianshavn &amp; the Harbour Bus: </w:t>
      </w:r>
      <w:r>
        <w:rPr>
          <w:rFonts w:ascii="Arial" w:hAnsi="Arial" w:cs="Arial"/>
          <w:b w:val="0"/>
          <w:i w:val="0"/>
          <w:sz w:val="20"/>
        </w:rPr>
        <w:t>~2.5 km · 1.5 hrs · easy — Cross to canal-laced Christianshavn, with the twisted spiral spire of the Church of Our Saviour…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4:58AM–9:14PM · Jul 4:47AM–9:43PM · Sep 6:42AM–7:26PM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cruiseports.org/copenhagen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Copenhagen,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penha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Nyhavn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Strøget (shopping)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Tivoli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Christiansborg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Little Mermaid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Round 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Amalienborg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9.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Freetown Christiania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Rosenborg Castle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