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Coiba Island, Veraguas,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World Heritage wilderness off Panama's Pacific coast, Coiba Island trades cruise terminal crowds for pristine jungle, world-class reefs, and one of the most biodiverse stretches of ocean in the Eastern Pacific.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 Dollar (USD) · 🗣️ Spanish · 🌿 National Park / Permit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passengers ferry to the ANAM ranger station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landing is at ANAM ranger station on the main island; all activity is guided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wildlife spotting, nature walks, penal colony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Granito de Oro snorkel site (coral gardens + sea turtles) and scarlet macaws at the ranger station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Granito de Oro Snorkeling — </w:t>
      </w:r>
      <w:r>
        <w:rPr>
          <w:rFonts w:ascii="Arial" w:hAnsi="Arial" w:cs="Arial"/>
          <w:b w:val="0"/>
          <w:i w:val="0"/>
          <w:sz w:val="20"/>
        </w:rPr>
        <w:t>Coiba's star snorkel site: a tiny islet surrounded by shallow coral gardens teeming with reef fish, hawksbill turtles, rays,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Coiba Jungle Wildlife Walk — </w:t>
      </w:r>
      <w:r>
        <w:rPr>
          <w:rFonts w:ascii="Arial" w:hAnsi="Arial" w:cs="Arial"/>
          <w:b w:val="0"/>
          <w:i w:val="0"/>
          <w:sz w:val="20"/>
        </w:rPr>
        <w:t>Guided walk through old-growth rainforest preserved by the island's penal-colony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Former Penal Colony Tour — </w:t>
      </w:r>
      <w:r>
        <w:rPr>
          <w:rFonts w:ascii="Arial" w:hAnsi="Arial" w:cs="Arial"/>
          <w:b w:val="0"/>
          <w:i w:val="0"/>
          <w:sz w:val="20"/>
        </w:rPr>
        <w:t>Walk the haunting ruins of the penal colony that operated from 1919 to 2004.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Hammerhead &amp; Whale Shark Zone — </w:t>
      </w:r>
      <w:r>
        <w:rPr>
          <w:rFonts w:ascii="Arial" w:hAnsi="Arial" w:cs="Arial"/>
          <w:b w:val="0"/>
          <w:i w:val="0"/>
          <w:sz w:val="20"/>
        </w:rPr>
        <w:t>Coiba sits on the same migratory corridor as the Galápagos.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Humpback whales migrate through Coiba's waters July–October (peak August–September).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ANAM Ranger Station Nature Trail: </w:t>
      </w:r>
      <w:r>
        <w:rPr>
          <w:rFonts w:ascii="Arial" w:hAnsi="Arial" w:cs="Arial"/>
          <w:b w:val="0"/>
          <w:i w:val="0"/>
          <w:sz w:val="20"/>
        </w:rPr>
        <w:t>~1.5 km | Easy | Guided — A short interpretive trail beginning at the ranger station loops through secondary forest and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Penal Colony Ruins Walk: </w:t>
      </w:r>
      <w:r>
        <w:rPr>
          <w:rFonts w:ascii="Arial" w:hAnsi="Arial" w:cs="Arial"/>
          <w:b w:val="0"/>
          <w:i w:val="0"/>
          <w:sz w:val="20"/>
        </w:rPr>
        <w:t>~1 km | Easy | Guided — A flat walk from the ranger station to the former penal colony central building.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6:18AM–6:35PM · Jun 6:10AM–6:43PM · Aug 6:20AM–6:41PM · Sep 6:17AM–6:26PM · Oct 6:13AM–6:10PM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excursions before sailing. Park permits and licensed guides are required — independent access is not possible. Your cruise line shore-ex desk or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USD cash. There are zero commercial facilities on the island. Cash is only needed for tips and any incidentals on the tender ride.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Dry season is Dec–April; wet season May–Nov. Wet season brings lush jungle and fewer crowds but some afternoon rain. Diving and snorkeling visibility is good…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cruiseports.org/coiba-island-panama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