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CocoCay, Berry Islands,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Royal Caribbean's showpiece private island transforms a sun-drenched Berry Islands cay into a fully-loaded beach resort — all in a single shore day. From the tallest waterslide in the Caribbean to a lively adults-only escape and free white-sand beaches, there's more here than most full-day resorts can offer.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(dedicated pier, two berths) · 🕒 Typical call: 7-10 hrs · 💵 SeaPass card only — no cash needed · 🗣️ English · 🏝️ Royal Caribbean &amp; Celebrity Cruises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walk directly off the ship, ~6-min walk to Arrivals Plaza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6 min pier to Arrivals Plaza; 15 min to Chill Island; tram for mobility needs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Families, thrill-seekers, beach lovers, and adults-only escapes at Hideaway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Thrill Waterpark's Daredevil's Peak (135 ft) or the Up, Up &amp; Away helium balloon at 450 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Thrill Waterpark — </w:t>
      </w:r>
      <w:r>
        <w:rPr>
          <w:rFonts w:ascii="Arial" w:hAnsi="Arial" w:cs="Arial"/>
          <w:b w:val="0"/>
          <w:i w:val="0"/>
          <w:sz w:val="20"/>
        </w:rPr>
        <w:t>Fourteen waterslides crowned by Daredevil's Peak — at 135 feet, the tallest waterslide in the Caribbean.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Oasis Lagoon &amp; Free Beaches — </w:t>
      </w:r>
      <w:r>
        <w:rPr>
          <w:rFonts w:ascii="Arial" w:hAnsi="Arial" w:cs="Arial"/>
          <w:b w:val="0"/>
          <w:i w:val="0"/>
          <w:sz w:val="20"/>
        </w:rPr>
        <w:t>Oasis Lagoon is the Caribbean's largest freshwater pool — a swim-up bar, live DJ, and zero entry fee.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Hideaway Beach (Adults-Only) — </w:t>
      </w:r>
      <w:r>
        <w:rPr>
          <w:rFonts w:ascii="Arial" w:hAnsi="Arial" w:cs="Arial"/>
          <w:b w:val="0"/>
          <w:i w:val="0"/>
          <w:sz w:val="20"/>
        </w:rPr>
        <w:t>Opened January 2024, this gated 18+ zone holds a maximum of ~1,800 guests, keeping it genuinely uncrowded.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Coco Beach Club — </w:t>
      </w:r>
      <w:r>
        <w:rPr>
          <w:rFonts w:ascii="Arial" w:hAnsi="Arial" w:cs="Arial"/>
          <w:b w:val="0"/>
          <w:i w:val="0"/>
          <w:sz w:val="20"/>
        </w:rPr>
        <w:t>A premium beach club offering infinity pool access, elevated dining, and exclusive loungers on a quiet stretch of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Up, Up &amp; Away Helium Balloon — </w:t>
      </w:r>
      <w:r>
        <w:rPr>
          <w:rFonts w:ascii="Arial" w:hAnsi="Arial" w:cs="Arial"/>
          <w:b w:val="0"/>
          <w:i w:val="0"/>
          <w:sz w:val="20"/>
        </w:rPr>
        <w:t>Ascend 450 feet above CocoCay in a tethered helium balloon for 360-degree panoramas of the Berry Islands.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Arrivals Plaza to Chill Island Beach: </w:t>
      </w:r>
      <w:r>
        <w:rPr>
          <w:rFonts w:ascii="Arial" w:hAnsi="Arial" w:cs="Arial"/>
          <w:b w:val="0"/>
          <w:i w:val="0"/>
          <w:sz w:val="20"/>
        </w:rPr>
        <w:t>~15 min · Flat · Free — The main island promenade from the Arrivals Plaza winds past Oasis Lagoon to Chill Island, the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Chill Island to South Beach: </w:t>
      </w:r>
      <w:r>
        <w:rPr>
          <w:rFonts w:ascii="Arial" w:hAnsi="Arial" w:cs="Arial"/>
          <w:b w:val="0"/>
          <w:i w:val="0"/>
          <w:sz w:val="20"/>
        </w:rPr>
        <w:t>~25 min one-way · Easy · Free — Continue from Chill Island through Breezy Bay to quieter South Beach — noticeably less crowded even…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6:25AM–7:49PM · Jul 6:29AM–8:04PM · Sep 6:57AM–7:14PM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cruiseports.org/coco-cay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