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Coche Island, Nueva Esparta, Venezuela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Caribbean's best-kept secrets, Coche is a flat, wind-swept island with mirror-like waters, empty white beaches, and kitesurfers carving across La Punta's legendary flats.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Venezuelan Bolívar / USD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tenders land at San Pedro de Coche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tender dock to San Pedro de Coche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Kitesurfing, windsurfing, deserted beaches, snorkeling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 Punta beach — 3 km of white sand, world-class kite flats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$5–10 USD — Informal taxis are available near the tender pier for short hops around the island. Agree on the fare before you get in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Kitesurfing at La Punta — </w:t>
      </w:r>
      <w:r>
        <w:rPr>
          <w:rFonts w:ascii="Arial" w:hAnsi="Arial" w:cs="Arial"/>
          <w:b w:val="0"/>
          <w:i w:val="0"/>
          <w:sz w:val="20"/>
        </w:rPr>
        <w:t>La Punta beach has hosted national and international championships.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Punta Beach Day — </w:t>
      </w:r>
      <w:r>
        <w:rPr>
          <w:rFonts w:ascii="Arial" w:hAnsi="Arial" w:cs="Arial"/>
          <w:b w:val="0"/>
          <w:i w:val="0"/>
          <w:sz w:val="20"/>
        </w:rPr>
        <w:t>Three kilometres of white sand and calm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Offshore Reefs — </w:t>
      </w:r>
      <w:r>
        <w:rPr>
          <w:rFonts w:ascii="Arial" w:hAnsi="Arial" w:cs="Arial"/>
          <w:b w:val="0"/>
          <w:i w:val="0"/>
          <w:sz w:val="20"/>
        </w:rPr>
        <w:t>Catamaran day trips from the island often stop at shallow offshore reefs with clear water and good fish 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Windsurfing &amp; Water Sports — </w:t>
      </w:r>
      <w:r>
        <w:rPr>
          <w:rFonts w:ascii="Arial" w:hAnsi="Arial" w:cs="Arial"/>
          <w:b w:val="0"/>
          <w:i w:val="0"/>
          <w:sz w:val="20"/>
        </w:rPr>
        <w:t>Beyond kitesurfing, Coche's steady winds support windsurfing, kayaking, and jet-skiing.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Pedro de Coche Village Walk — </w:t>
      </w:r>
      <w:r>
        <w:rPr>
          <w:rFonts w:ascii="Arial" w:hAnsi="Arial" w:cs="Arial"/>
          <w:b w:val="0"/>
          <w:i w:val="0"/>
          <w:sz w:val="20"/>
        </w:rPr>
        <w:t>The small fishing village near the tender dock gives a glimpse of everyday island life.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Pedro de Coche Waterfront Stroll: </w:t>
      </w:r>
      <w:r>
        <w:rPr>
          <w:rFonts w:ascii="Arial" w:hAnsi="Arial" w:cs="Arial"/>
          <w:b w:val="0"/>
          <w:i w:val="0"/>
          <w:sz w:val="20"/>
        </w:rPr>
        <w:t>Easy · ~1 km · 20 min — From the tender dock, walk along the San Pedro de Coche waterfront past fishing boats and local…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5:53AM–6:30PM · Jul 6:01AM–6:42PM · Sep 6:05AM–6:16PM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cruiseports.org/coche-island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Coche Island, Nueva Esparta, Venezuela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che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de la Cultura Ramón Vásquez Brito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Coche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