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Cleveland, Ohio,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Cleveland punches well above its size on a Great Lakes itinerary — world-class museums, a buzzing waterfront, and one of America's great public markets, all within easy reach of a downtown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(Dock 28, downtown) · 🕒 Typical call: 8-10 hrs · 💵 US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 28, west of Huntington Bank Field — a 10–15 min walk to North Coast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on foot to Rock &amp; Roll Hall of Fame; 20 min to West Side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Music history, art museums, lakefront walks, craft food markets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Rock &amp; Roll Hall of Fame — budget at least 3 hours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$10–$25 — Metered taxis are available at the terminal. The short distance to downtown keeps fares low; request one at the port 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 &amp; Roll Hall of Fame — </w:t>
      </w:r>
      <w:r>
        <w:rPr>
          <w:rFonts w:ascii="Arial" w:hAnsi="Arial" w:cs="Arial"/>
          <w:b w:val="0"/>
          <w:i w:val="0"/>
          <w:sz w:val="20"/>
        </w:rPr>
        <w:t>The anchor attraction of Cleveland's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 Side Market — </w:t>
      </w:r>
      <w:r>
        <w:rPr>
          <w:rFonts w:ascii="Arial" w:hAnsi="Arial" w:cs="Arial"/>
          <w:b w:val="0"/>
          <w:i w:val="0"/>
          <w:sz w:val="20"/>
        </w:rPr>
        <w:t>Operating since 1840 and housed in its landmark 1912 yellow-brick building with a 137-ft clock tower, this is one of America's…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Cleveland Museum of Art — </w:t>
      </w:r>
      <w:r>
        <w:rPr>
          <w:rFonts w:ascii="Arial" w:hAnsi="Arial" w:cs="Arial"/>
          <w:b w:val="0"/>
          <w:i w:val="0"/>
          <w:sz w:val="20"/>
        </w:rPr>
        <w:t>One of the finest art museums in the US, with a permanent collection spanning 6,000 years — and free admission to the permanent…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Goodtime III River &amp; Lake Cruise — </w:t>
      </w:r>
      <w:r>
        <w:rPr>
          <w:rFonts w:ascii="Arial" w:hAnsi="Arial" w:cs="Arial"/>
          <w:b w:val="0"/>
          <w:i w:val="0"/>
          <w:sz w:val="20"/>
        </w:rPr>
        <w:t>Board Cleveland's largest sightseeing vessel for a narrated 2-hour cruise along the Cuyahoga River and out onto Lake Erie.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Coast Harbor Waterfront Walk — </w:t>
      </w:r>
      <w:r>
        <w:rPr>
          <w:rFonts w:ascii="Arial" w:hAnsi="Arial" w:cs="Arial"/>
          <w:b w:val="0"/>
          <w:i w:val="0"/>
          <w:sz w:val="20"/>
        </w:rPr>
        <w:t>The compact harbor area clusters the Rock Hall, Great Lakes Science Center, USS Cod submarine museum, and the Steamship William 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Coast Harbor Loop: </w:t>
      </w:r>
      <w:r>
        <w:rPr>
          <w:rFonts w:ascii="Arial" w:hAnsi="Arial" w:cs="Arial"/>
          <w:b w:val="0"/>
          <w:i w:val="0"/>
          <w:sz w:val="20"/>
        </w:rPr>
        <w:t>2.5 km · Flat · 45 min — Walk east from Dock 28 along the lakefront path to North Coast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to The Flats: </w:t>
      </w:r>
      <w:r>
        <w:rPr>
          <w:rFonts w:ascii="Arial" w:hAnsi="Arial" w:cs="Arial"/>
          <w:b w:val="0"/>
          <w:i w:val="0"/>
          <w:sz w:val="20"/>
        </w:rPr>
        <w:t>3 km · Flat · 1 hr — Head south from the waterfront into downtown Cleveland, exploring Public Square and the historic…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6:07AM–8:39PM · Jul 6:06AM–8:58PM · Sep 7:07AM–7:35PM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cruiseports.org/cleveland-oh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Cleveland, Ohio,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eveland-o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 &amp; Roll Hall of Fame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Playhouse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Cleveland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Cleveland Metroparks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JACK Cleveland Casino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Greater Cleveland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 Side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Children's Museum of Cleveland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