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Clayton, New York,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the Thousand Islands, Clayton sits right on the St. Lawrence River where more than 1,800 islands dot the water between the US and Canada — Boldt Castle is just a boat ride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(Thousand Islands Regional Dock) · 🕒 Typical call: 7-9 hrs · 💵 USD · 🗣️ English · 🏝️ Island hopping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Thousand Islands Regional Dock, downtown Riverside Drive — steps to shops and restaurants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dock is at Frink Park in the heart of downtown Clayton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Boldt Castle boat tours, antique boats, Riverwalk strolls, local cheese &amp; fudge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Antique Boat Museum and a narrated island cruise past Heart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(hourly rates) — 1000 Island Taxi (315-418-0618) serves Clayton and the surrounding region. Best for reaching destinations outside the vi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Boldt Castle Island Tour — </w:t>
      </w:r>
      <w:r>
        <w:rPr>
          <w:rFonts w:ascii="Arial" w:hAnsi="Arial" w:cs="Arial"/>
          <w:b w:val="0"/>
          <w:i w:val="0"/>
          <w:sz w:val="20"/>
        </w:rPr>
        <w:t>Board a narrated boat to Heart Island and tour Boldt Castle, the unfinished million-dollar estate built by Waldorf Astoria owner…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Rock Island Lighthouse — </w:t>
      </w:r>
      <w:r>
        <w:rPr>
          <w:rFonts w:ascii="Arial" w:hAnsi="Arial" w:cs="Arial"/>
          <w:b w:val="0"/>
          <w:i w:val="0"/>
          <w:sz w:val="20"/>
        </w:rPr>
        <w:t>A glass-bottom boat tour with Clayton Island Tours takes you to this 1847 lighthouse on American soil.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Antique Boat Museum — </w:t>
      </w:r>
      <w:r>
        <w:rPr>
          <w:rFonts w:ascii="Arial" w:hAnsi="Arial" w:cs="Arial"/>
          <w:b w:val="0"/>
          <w:i w:val="0"/>
          <w:sz w:val="20"/>
        </w:rPr>
        <w:t>The largest freshwater recreational boat collection in North America, housed right on the Clayton waterfront.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Two Nation Island Cruise — </w:t>
      </w:r>
      <w:r>
        <w:rPr>
          <w:rFonts w:ascii="Arial" w:hAnsi="Arial" w:cs="Arial"/>
          <w:b w:val="0"/>
          <w:i w:val="0"/>
          <w:sz w:val="20"/>
        </w:rPr>
        <w:t>Narrated cruise through both US and Canadian waters of the Thousand Islands — no passport stop required.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Clayton Local Food &amp; Drink Loop — </w:t>
      </w:r>
      <w:r>
        <w:rPr>
          <w:rFonts w:ascii="Arial" w:hAnsi="Arial" w:cs="Arial"/>
          <w:b w:val="0"/>
          <w:i w:val="0"/>
          <w:sz w:val="20"/>
        </w:rPr>
        <w:t>Sample the region on foot: River Rat Cheese for local curds, Lil' River Fudge Company for handmade sweets, and Coyote Moon…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Clayton Riverwalk: </w:t>
      </w:r>
      <w:r>
        <w:rPr>
          <w:rFonts w:ascii="Arial" w:hAnsi="Arial" w:cs="Arial"/>
          <w:b w:val="0"/>
          <w:i w:val="0"/>
          <w:sz w:val="20"/>
        </w:rPr>
        <w:t>1.5 km · Flat · 20-30 min — Follow the paved Riverwalk along the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Clayton Historic Stroll: </w:t>
      </w:r>
      <w:r>
        <w:rPr>
          <w:rFonts w:ascii="Arial" w:hAnsi="Arial" w:cs="Arial"/>
          <w:b w:val="0"/>
          <w:i w:val="0"/>
          <w:sz w:val="20"/>
        </w:rPr>
        <w:t>1 km loop · Flat · 30 min — Walk Riverside Drive and Merrick Street through the small Victorian-era downtown.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6:12AM–7:10PM · Jun 5:35AM–7:48PM · Aug 6:06AM–7:24PM · Sep 6:26AM–6:47PM · Oct 6:45AM–6:08PM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Book island tours early. Boldt Castle boats fill up on busy ship days — book through the ship or grab tickets the moment you step ashore.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Passport for Canada. Boldt Castle on Heart Island is in U.S. waters — no passport needed from the Clayton side. But any tour that crosses into Canadian waters…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Cash-friendly town. Most Clayton shops and tour operators accept cards, but having some USD cash is handy for the fudge shop and street-side vendors.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cruiseports.org/clayton-ny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