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Ciutadella, Menorca, Spain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Menorca's ancient capital wears its history lightly — golden limestone palaces ring a working harbour, prehistoric tombs dot the countryside, and turquoise coves hide just beyond the city walls.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(most large ships) · 🕒 Typical call: 7-9 hrs · 💶 Euro (EUR) · 🗣️ Catalan / Spanish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for most cruise ships; small luxury vessels may dock at Moll de Ponent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10 min from tender dock to Plaça des Born old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streets, prehistoric ruins, secluded cove boat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Naveta des Tudons (3,000-yr-old megalithic tomb) &amp; harbour-front seafood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€7–€9 — Regulated taxis queue at the port. The ride to the city center takes about 3 minutes. Fares are fixed; a port surcharge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Ciutadella Old Town Walk — </w:t>
      </w:r>
      <w:r>
        <w:rPr>
          <w:rFonts w:ascii="Arial" w:hAnsi="Arial" w:cs="Arial"/>
          <w:b w:val="0"/>
          <w:i w:val="0"/>
          <w:sz w:val="20"/>
        </w:rPr>
        <w:t>Wander the tangle of Gothic lanes around Ses Voltes, peer into aristocratic palaces, and step inside the 14th-century Cathedral…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Naveta des Tudons — Prehistoric Tomb — </w:t>
      </w:r>
      <w:r>
        <w:rPr>
          <w:rFonts w:ascii="Arial" w:hAnsi="Arial" w:cs="Arial"/>
          <w:b w:val="0"/>
          <w:i w:val="0"/>
          <w:sz w:val="20"/>
        </w:rPr>
        <w:t>Drive or taxi 5 km east to Spain's oldest roofed structure still in its original form: a 3,000-year-old megalithic burial chamber…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Boat Trip to Hidden Coves — </w:t>
      </w:r>
      <w:r>
        <w:rPr>
          <w:rFonts w:ascii="Arial" w:hAnsi="Arial" w:cs="Arial"/>
          <w:b w:val="0"/>
          <w:i w:val="0"/>
          <w:sz w:val="20"/>
        </w:rPr>
        <w:t>Half-day excursions depart the old port to Son Saura, Cala Turqueta, Macarella, and Macarelleta — protected coves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Camí de Cavalls Coastal Walk — </w:t>
      </w:r>
      <w:r>
        <w:rPr>
          <w:rFonts w:ascii="Arial" w:hAnsi="Arial" w:cs="Arial"/>
          <w:b w:val="0"/>
          <w:i w:val="0"/>
          <w:sz w:val="20"/>
        </w:rPr>
        <w:t>Tackle Stage 11 from Ciutadella's port towards Cap d'Artrutx along this historic 185 km island-encircling trail.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Castle of Sant Nicolau — </w:t>
      </w:r>
      <w:r>
        <w:rPr>
          <w:rFonts w:ascii="Arial" w:hAnsi="Arial" w:cs="Arial"/>
          <w:b w:val="0"/>
          <w:i w:val="0"/>
          <w:sz w:val="20"/>
        </w:rPr>
        <w:t>This 17th-century octagonal watchtower guards the harbour mouth and houses a small exhibition on Menorca's Biosphere Reserve.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Circuit: </w:t>
      </w:r>
      <w:r>
        <w:rPr>
          <w:rFonts w:ascii="Arial" w:hAnsi="Arial" w:cs="Arial"/>
          <w:b w:val="0"/>
          <w:i w:val="0"/>
          <w:sz w:val="20"/>
        </w:rPr>
        <w:t>1.5 km · 45 min · Easy — From the tender quay, climb to Plaça des Born, explore the cathedral, duck through Ses Voltes…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to Cap d'Artrutx (Camí de Cavalls Stage 11 section): </w:t>
      </w:r>
      <w:r>
        <w:rPr>
          <w:rFonts w:ascii="Arial" w:hAnsi="Arial" w:cs="Arial"/>
          <w:b w:val="0"/>
          <w:i w:val="0"/>
          <w:sz w:val="20"/>
        </w:rPr>
        <w:t>6 km one-way · 2 hrs · Easy — Follow the coastal path south from the port past Cala Santandria to Cala Blanca, then along open…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6:29AM–8:53PM · Jul 6:28AM–9:12PM · Sep 7:25AM–7:53PM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cruiseports.org/ciutadella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Ciutadella, Menorca, Spain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iutadell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 Caleta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Aqua Center Menorca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Puerto Antiguo de Ciutadella de Menorca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Necròpolis de Son Morell Nou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Palacio Olivar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Torrellafuda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Plaça d'Alfons III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