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Cienfuegos,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Cienfuegos is Cuba's most refined city — a UNESCO-listed neoclassical gem on a stunning bay where French colonial elegance meets Caribbean warmth. Ships dock just blocks from one of the island's most walkable historic centers.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wharf) · 🕒 Typical call: 7-9 hrs · 💵 Cuban Peso (CUP); EUR/CAD preferred for exchange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berth at the Cienfuegos wharf; the historic center is about a 10-12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~10-12 min on foot to Parque José Martí and the UNESCO historic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Cuban culture, day trip to Trinidad (UNESCO)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Teatro Tomás Terry, Palacio de Valle rooftop, and a horse-taxi ride along Paseo del Prado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$5–15 USD — Private taxis — often colorful vintage American cars — wait at the pier. Always negotiate the fare before you get in;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Historic Center Walk — </w:t>
      </w:r>
      <w:r>
        <w:rPr>
          <w:rFonts w:ascii="Arial" w:hAnsi="Arial" w:cs="Arial"/>
          <w:b w:val="0"/>
          <w:i w:val="0"/>
          <w:sz w:val="20"/>
        </w:rPr>
        <w:t>Parque José Martí is the heart of it — Cathedral de la Purísima Concepción, Teatro Tomás Terry, and the Provincial Government…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Jagua — </w:t>
      </w:r>
      <w:r>
        <w:rPr>
          <w:rFonts w:ascii="Arial" w:hAnsi="Arial" w:cs="Arial"/>
          <w:b w:val="0"/>
          <w:i w:val="0"/>
          <w:sz w:val="20"/>
        </w:rPr>
        <w:t>This 18th-century Spanish fortress guards the entrance to Cienfuegos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Trinidad Day Trip — </w:t>
      </w:r>
      <w:r>
        <w:rPr>
          <w:rFonts w:ascii="Arial" w:hAnsi="Arial" w:cs="Arial"/>
          <w:b w:val="0"/>
          <w:i w:val="0"/>
          <w:sz w:val="20"/>
        </w:rPr>
        <w:t>Cuba's most photogenic colonial city is just 80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Nicho Waterfalls &amp; Pools — </w:t>
      </w:r>
      <w:r>
        <w:rPr>
          <w:rFonts w:ascii="Arial" w:hAnsi="Arial" w:cs="Arial"/>
          <w:b w:val="0"/>
          <w:i w:val="0"/>
          <w:sz w:val="20"/>
        </w:rPr>
        <w:t>In the Escambray mountains, El Nicho is a series of turquoise pools and cascades with jungle hiking trails.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Jardín Botánico de Cienfuegos — </w:t>
      </w:r>
      <w:r>
        <w:rPr>
          <w:rFonts w:ascii="Arial" w:hAnsi="Arial" w:cs="Arial"/>
          <w:b w:val="0"/>
          <w:i w:val="0"/>
          <w:sz w:val="20"/>
        </w:rPr>
        <w:t>One of Cuba's finest botanical gardens, with over 2,000 tropical plant species including 400+ orchid varieties.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del Prado &amp; Parque José Martí Loop: </w:t>
      </w:r>
      <w:r>
        <w:rPr>
          <w:rFonts w:ascii="Arial" w:hAnsi="Arial" w:cs="Arial"/>
          <w:b w:val="0"/>
          <w:i w:val="0"/>
          <w:sz w:val="20"/>
        </w:rPr>
        <w:t>2-3 hrs | Easy | 2-3 km — Start at the pier and follow the waterfront to Parque José Martí.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Punta Gorda: </w:t>
      </w:r>
      <w:r>
        <w:rPr>
          <w:rFonts w:ascii="Arial" w:hAnsi="Arial" w:cs="Arial"/>
          <w:b w:val="0"/>
          <w:i w:val="0"/>
          <w:sz w:val="20"/>
        </w:rPr>
        <w:t>1-1.5 hrs | Easy | 2 km — Walk the Malecón south from the city center to the Punta Gorda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6:42AM–7:54PM · Jul 6:47AM–8:08PM · Sep 7:08AM–7:24PM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cruiseports.org/cienfuegos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Cienfuegos, Cuba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ienfueg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Villuendas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Muelle Real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Our Lady of the Immaculate Conception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 Cienfuegos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las Artes Palacio Ferrer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