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Churchill, Manitoba,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Polar Bear Capital of the World sits where the Churchill River meets Hudson Bay — a rare subarctic port call combining big Arctic wildlife, 18th-century fortifications, and Inuit heritage.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of Churchill grain pier) · 🕒 Typical call: 8-10 hrs · 💵 Canadian Dollar (CAD) · 🗣️ English · 🐻‍❄️ Wildlife: polar bears &amp; beluga whales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bulk cargo pier at Port of Churchill; cruise ships dock portside, short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 min on foot from pier to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Beluga whale encounters (June–Aug), polar bear sightings, Arctic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Cape Merry National Historic Site and the Itsanitaq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(metered/arranged) — North Coast Taxi Company provides local taxi service within Churchill. Pricing is not published; arrange directly or thr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Beluga Whale Boat Tour — </w:t>
      </w:r>
      <w:r>
        <w:rPr>
          <w:rFonts w:ascii="Arial" w:hAnsi="Arial" w:cs="Arial"/>
          <w:b w:val="0"/>
          <w:i w:val="0"/>
          <w:sz w:val="20"/>
        </w:rPr>
        <w:t>Thousands of beluga whales gather in the Churchill River from June through August.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Tundra Buggy Polar Bear Tour — </w:t>
      </w:r>
      <w:r>
        <w:rPr>
          <w:rFonts w:ascii="Arial" w:hAnsi="Arial" w:cs="Arial"/>
          <w:b w:val="0"/>
          <w:i w:val="0"/>
          <w:sz w:val="20"/>
        </w:rPr>
        <w:t>Ride a purpose-built Tundra Buggy across the Churchill Wildlife Management Area for a safe, close-up look at polar bears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Prince of Wales Fort — </w:t>
      </w:r>
      <w:r>
        <w:rPr>
          <w:rFonts w:ascii="Arial" w:hAnsi="Arial" w:cs="Arial"/>
          <w:b w:val="0"/>
          <w:i w:val="0"/>
          <w:sz w:val="20"/>
        </w:rPr>
        <w:t>A massive stone fortress built by the Hudson's Bay Company starting in 1731, across the Churchill River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Helicopter Tundra &amp; Coast Flight — </w:t>
      </w:r>
      <w:r>
        <w:rPr>
          <w:rFonts w:ascii="Arial" w:hAnsi="Arial" w:cs="Arial"/>
          <w:b w:val="0"/>
          <w:i w:val="0"/>
          <w:sz w:val="20"/>
        </w:rPr>
        <w:t>A 60–90 minute helicopter tour over Hudson Bay, the tundra, and the Churchill River delta offers sweeping views of the subarctic…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Itsanitaq Museum &amp; Town Walk — </w:t>
      </w:r>
      <w:r>
        <w:rPr>
          <w:rFonts w:ascii="Arial" w:hAnsi="Arial" w:cs="Arial"/>
          <w:b w:val="0"/>
          <w:i w:val="0"/>
          <w:sz w:val="20"/>
        </w:rPr>
        <w:t>The Itsanitaq Museum (founded 1944) holds one of Canada's finest collections of Inuit carvings and artifacts dating back 3,700…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Cape Merry: </w:t>
      </w:r>
      <w:r>
        <w:rPr>
          <w:rFonts w:ascii="Arial" w:hAnsi="Arial" w:cs="Arial"/>
          <w:b w:val="0"/>
          <w:i w:val="0"/>
          <w:sz w:val="20"/>
        </w:rPr>
        <w:t>2.5 km one-way | Easy | Polar bear caution — Walk from the Port of Churchill pier along the waterfront toward Cape Merry National Historic Site…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</w:t>
      </w:r>
      <w:r>
        <w:rPr>
          <w:rFonts w:ascii="Arial" w:hAnsi="Arial" w:cs="Arial"/>
          <w:b w:val="0"/>
          <w:i w:val="0"/>
          <w:sz w:val="20"/>
        </w:rPr>
        <w:t>1-2 km loop | Easy | Guided recommended — Walk from the pier into the small town centre to visit the Itsanitaq Museum on La Verendrye Avenue…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5:20AM–8:55PM · Jul 5:12AM–9:20PM · Sep 6:46AM–7:24PM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cruiseports.org/churchill-mb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Churchill, Manitoba,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urchill-mb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Merry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Itsanitaq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