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Chichagof Island (Icy Strait Point),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Owned and operated by the Huna Tlingit people, Icy Strait Point delivers some of Alaska's most authentic wildlife encounters — brown bears patrol the rainforest, humpbacks breach offshore, and a 5,495-foot zipline drops you through it 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(two dedicated cruise piers) · 🕒 Typical call: 7-9 hrs · 💵 USD · 🗣️ English / Tlingit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Two dedicated piers: Wilderness Landing &amp; Ocean Landing (Adventure Landing); free gondola connects them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Hoonah village ~1.5 miles via paved path or shuttle (~$5 each 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Brown bear viewing, whale watching, Tlingit culture, ZipRider adventure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Bear Search in Spasski River Valley and the Skyglider Gondola panorama over Glacier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$7–$10 — Local taxis can make the short ~3-minute ride to Hoonah, but they are not readily available and may require pre-arrangem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Brown Bear Search — Spasski River Valley — </w:t>
      </w:r>
      <w:r>
        <w:rPr>
          <w:rFonts w:ascii="Arial" w:hAnsi="Arial" w:cs="Arial"/>
          <w:b w:val="0"/>
          <w:i w:val="0"/>
          <w:sz w:val="20"/>
        </w:rPr>
        <w:t>Chichagof Island has one of the highest brown bear densities per square mile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ZipRider — World's Largest Zip Line — </w:t>
      </w:r>
      <w:r>
        <w:rPr>
          <w:rFonts w:ascii="Arial" w:hAnsi="Arial" w:cs="Arial"/>
          <w:b w:val="0"/>
          <w:i w:val="0"/>
          <w:sz w:val="20"/>
        </w:rPr>
        <w:t>The ZipRider at Icy Strait Point stretches 5,495 feet with a 1,330-foot vertical drop, topping 60 mph through old-growth…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at Point Adolphus — </w:t>
      </w:r>
      <w:r>
        <w:rPr>
          <w:rFonts w:ascii="Arial" w:hAnsi="Arial" w:cs="Arial"/>
          <w:b w:val="0"/>
          <w:i w:val="0"/>
          <w:sz w:val="20"/>
        </w:rPr>
        <w:t>The waters off Point Adolphus are among Alaska's best for humpback whale sightings (May–September).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Hoonah Village &amp; Huna Tribal House — </w:t>
      </w:r>
      <w:r>
        <w:rPr>
          <w:rFonts w:ascii="Arial" w:hAnsi="Arial" w:cs="Arial"/>
          <w:b w:val="0"/>
          <w:i w:val="0"/>
          <w:sz w:val="20"/>
        </w:rPr>
        <w:t>Walk or shuttle 1.5 miles to Hoonah, the largest Tlingit village in Alaska.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— Port Frederick Bay — </w:t>
      </w:r>
      <w:r>
        <w:rPr>
          <w:rFonts w:ascii="Arial" w:hAnsi="Arial" w:cs="Arial"/>
          <w:b w:val="0"/>
          <w:i w:val="0"/>
          <w:sz w:val="20"/>
        </w:rPr>
        <w:t>Paddle through the calm, glacier-carved waters of Port Frederick Bay with a guided kayak tour.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Trail — Wilderness Landing to Ocean Landing: </w:t>
      </w:r>
      <w:r>
        <w:rPr>
          <w:rFonts w:ascii="Arial" w:hAnsi="Arial" w:cs="Arial"/>
          <w:b w:val="0"/>
          <w:i w:val="0"/>
          <w:sz w:val="20"/>
        </w:rPr>
        <w:t>0.5 miles · Easy · 15 min one-way — A flat, paved half-mile rainforest path connects the two cruise piers through Tongass old-growth.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Icy Strait Point to Hoonah Village: </w:t>
      </w:r>
      <w:r>
        <w:rPr>
          <w:rFonts w:ascii="Arial" w:hAnsi="Arial" w:cs="Arial"/>
          <w:b w:val="0"/>
          <w:i w:val="0"/>
          <w:sz w:val="20"/>
        </w:rPr>
        <w:t>1.5 miles · Easy · 30 min one-way — A paved walking path runs from the port complex to the heart of Hoonah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4:36AM–9:21PM · Jul 4:22AM–9:51PM · Sep 6:32AM–7:19PM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cruiseports.org/chichagof-island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Chichagof Island (Icy Strait Point),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ichagof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Wilderness Island Tours, LLC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Skyglider Gondola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Ziprider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