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Charlotteville, Tobago, Trinidad and Tobago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into the northeastern tip of Tobago, Charlotteville is an authentic Caribbean fishing village where the rainforest meets a horseshoe bay. Ships tender into Man-O-War Bay — no crowds, no cruise terminals, just turquoise water and warm locals.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(Man-O-War Bay) · 🕒 Typical call: 6-8 hrs · 💵 TTD &amp; USD accepted · 🗣️ English · 🌿 Rainforest &amp; diving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Man-O-War Bay jetty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Tender lands in the village center; everything walkable from there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diving, Pirate's Bay, rainforest hikes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Pirate's Bay beach and the Argyle Waterfall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 fare in advance — Private taxis are available near the pier. No meters are used — agree on a fare before you go. Short trips within the vi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Pirate's Bay Snorkel &amp; Swim — </w:t>
      </w:r>
      <w:r>
        <w:rPr>
          <w:rFonts w:ascii="Arial" w:hAnsi="Arial" w:cs="Arial"/>
          <w:b w:val="0"/>
          <w:i w:val="0"/>
          <w:sz w:val="20"/>
        </w:rPr>
        <w:t>A short boat ride (or 165-step descent on foot) reveals Pirate's Bay — calm, crystal-clear water with healthy coral and abundant…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Argyle Waterfall Hike — </w:t>
      </w:r>
      <w:r>
        <w:rPr>
          <w:rFonts w:ascii="Arial" w:hAnsi="Arial" w:cs="Arial"/>
          <w:b w:val="0"/>
          <w:i w:val="0"/>
          <w:sz w:val="20"/>
        </w:rPr>
        <w:t>Tobago's tallest waterfall cascades 175 feet in three tiers through lush rainforest.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Ridge Forest Reserve Walk — </w:t>
      </w:r>
      <w:r>
        <w:rPr>
          <w:rFonts w:ascii="Arial" w:hAnsi="Arial" w:cs="Arial"/>
          <w:b w:val="0"/>
          <w:i w:val="0"/>
          <w:sz w:val="20"/>
        </w:rPr>
        <w:t>The oldest legally protected rainforest in the Western Hemisphere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Lover's Bay Boat Tour — </w:t>
      </w:r>
      <w:r>
        <w:rPr>
          <w:rFonts w:ascii="Arial" w:hAnsi="Arial" w:cs="Arial"/>
          <w:b w:val="0"/>
          <w:i w:val="0"/>
          <w:sz w:val="20"/>
        </w:rPr>
        <w:t>Accessible only by boat from the Man-O-War Bay jetty, Lover's Bay is a secluded pink-sand cove with crystal water ideal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NE Tobago Reefs — </w:t>
      </w:r>
      <w:r>
        <w:rPr>
          <w:rFonts w:ascii="Arial" w:hAnsi="Arial" w:cs="Arial"/>
          <w:b w:val="0"/>
          <w:i w:val="0"/>
          <w:sz w:val="20"/>
        </w:rPr>
        <w:t>Northeastern Tobago is home to over 50 established dive sites, and nearby Speyside boasts the largest brain coral in the Western…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Man-O-War Bay Beachfront Stroll: </w:t>
      </w:r>
      <w:r>
        <w:rPr>
          <w:rFonts w:ascii="Arial" w:hAnsi="Arial" w:cs="Arial"/>
          <w:b w:val="0"/>
          <w:i w:val="0"/>
          <w:sz w:val="20"/>
        </w:rPr>
        <w:t>1 km · 20 min · Easy · Flat — Walk the golden-sand beach from the village jetty westward along Man-O-War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Flagstaff Hill Viewpoint: </w:t>
      </w:r>
      <w:r>
        <w:rPr>
          <w:rFonts w:ascii="Arial" w:hAnsi="Arial" w:cs="Arial"/>
          <w:b w:val="0"/>
          <w:i w:val="0"/>
          <w:sz w:val="20"/>
        </w:rPr>
        <w:t>2 km round trip · 45 min · Moderate · Uphill — A signposted track rises steeply from the village to Flagstaff Hill, rewarding the effort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5:36AM–8:14PM · Jul 5:35AM–8:33PM · Sep 6:39AM–7:07PM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cruiseports.org/charlotteville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Charlotteville, Tobago, Trinidad and Tobago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lottevi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Argyle 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Tobago Main Ridge Forest Reserve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