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Charlestown, Nevis, Saint Kitts and Nevis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quietly historic gem in the Leeward Islands, Charlestown rewards walkers with Georgian streetscapes, Alexander Hamilton's birthplace, and natural hot springs — all within a short stroll or taxi ride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USD &amp; Eastern Caribbean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tenders land at Charlestown waterfront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— tender pier is at the edge of the compact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and those seeking a laid-back Caribbean escape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of Nevis History (Hamilton's birthplace) and Pinney's Beach at Sunshine's 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From ~$20 USD — Licensed taxis meet cruise tenders at the Charlestown pier. Government-set fares cover up to 4 passengers; confirm price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Nevis History — Hamilton's Birthplace — </w:t>
      </w:r>
      <w:r>
        <w:rPr>
          <w:rFonts w:ascii="Arial" w:hAnsi="Arial" w:cs="Arial"/>
          <w:b w:val="0"/>
          <w:i w:val="0"/>
          <w:sz w:val="20"/>
        </w:rPr>
        <w:t>The two-storey Hamilton House, a 5-minute walk from the tender pier, is the traditionally recognised birthplace of Alexander…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Pinney's Beach &amp; Sunshine's Bar — </w:t>
      </w:r>
      <w:r>
        <w:rPr>
          <w:rFonts w:ascii="Arial" w:hAnsi="Arial" w:cs="Arial"/>
          <w:b w:val="0"/>
          <w:i w:val="0"/>
          <w:sz w:val="20"/>
        </w:rPr>
        <w:t>Nevis's most famous beach stretches for miles just 15–20 min walk (or 5 min taxi) north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Botanical Gardens of Nevis — </w:t>
      </w:r>
      <w:r>
        <w:rPr>
          <w:rFonts w:ascii="Arial" w:hAnsi="Arial" w:cs="Arial"/>
          <w:b w:val="0"/>
          <w:i w:val="0"/>
          <w:sz w:val="20"/>
        </w:rPr>
        <w:t>Set on the historic Montpelier Estate with views of Mount Nevis and the sea, these roughly six-acre gardens feature orchid…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Bath Hotel Hot Springs — </w:t>
      </w:r>
      <w:r>
        <w:rPr>
          <w:rFonts w:ascii="Arial" w:hAnsi="Arial" w:cs="Arial"/>
          <w:b w:val="0"/>
          <w:i w:val="0"/>
          <w:sz w:val="20"/>
        </w:rPr>
        <w:t>Just south of Charlestown, natural volcanic mineral springs bubble up at 104–108°F (40–42°C).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Taxi Tour — Plantation Ruins &amp; Ring Road — </w:t>
      </w:r>
      <w:r>
        <w:rPr>
          <w:rFonts w:ascii="Arial" w:hAnsi="Arial" w:cs="Arial"/>
          <w:b w:val="0"/>
          <w:i w:val="0"/>
          <w:sz w:val="20"/>
        </w:rPr>
        <w:t>Hire a taxi-guide for a circuit of the island taking in plantation ruins (Montpelier, Nisbet),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Charlestown Town Walk: </w:t>
      </w:r>
      <w:r>
        <w:rPr>
          <w:rFonts w:ascii="Arial" w:hAnsi="Arial" w:cs="Arial"/>
          <w:b w:val="0"/>
          <w:i w:val="0"/>
          <w:sz w:val="20"/>
        </w:rPr>
        <w:t>45 min · Flat · Easy — A self-guided stroll through Charlestown's well-preserved Georgian streetscape.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Pinney's Beach Stroll: </w:t>
      </w:r>
      <w:r>
        <w:rPr>
          <w:rFonts w:ascii="Arial" w:hAnsi="Arial" w:cs="Arial"/>
          <w:b w:val="0"/>
          <w:i w:val="0"/>
          <w:sz w:val="20"/>
        </w:rPr>
        <w:t>20 min each way · Mostly flat · Easy — Head north from the pier along the coastal road past the Four Seasons resort to reach Pinney's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6:15AM–8:31PM · Jul 6:15AM–8:49PM · Sep 7:08AM–7:33PM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cruiseports.org/charlestown-nevis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Charlestown, Nevis, Saint Kitts and Nevis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lestown-nev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Nevis Hot Springs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Supreme + Motorsports SKN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Nevis Artisan Village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