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Champion Islet, Floreana,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volcanic islet off Floreana, Champion is famous for some of the clearest snorkeling in the Galapagos — sea lions, hammerheads, and green turtles all in one swim. No landings allowed; the magic is entirely in and around the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Zodiac/panga only (no landing permitted) · 🕒 Typical call: 3-5 hrs · 💵 USD (Ecuador) · 🗣️ Spanish / English guides · 🐠 World-class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or landing — zodiac/panga access only from expedition cruise ship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Location: </w:t>
      </w:r>
      <w:r>
        <w:rPr>
          <w:rFonts w:ascii="Arial" w:hAnsi="Arial" w:cs="Arial"/>
          <w:b w:val="0"/>
          <w:i w:val="0"/>
          <w:sz w:val="20"/>
        </w:rPr>
        <w:t>Off the north coast of Floreana Island, southern Galapagos Archipelago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sea lion encounters, rare birdwatching (Floreana Mockingbird)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coral wall snorkel and a panga ride to spot the critically endangered Floreana Mockingbird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Champion Islet Snorkel — </w:t>
      </w:r>
      <w:r>
        <w:rPr>
          <w:rFonts w:ascii="Arial" w:hAnsi="Arial" w:cs="Arial"/>
          <w:b w:val="0"/>
          <w:i w:val="0"/>
          <w:sz w:val="20"/>
        </w:rPr>
        <w:t>Swim the crystal-clear waters around the islet to encounter playful Galapagos sea lions, green sea turtles, hammerhead sharks…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Panga Wildlife Cruise — </w:t>
      </w:r>
      <w:r>
        <w:rPr>
          <w:rFonts w:ascii="Arial" w:hAnsi="Arial" w:cs="Arial"/>
          <w:b w:val="0"/>
          <w:i w:val="0"/>
          <w:sz w:val="20"/>
        </w:rPr>
        <w:t>Zodiac rides around the islet's rugged shoreline offer close-up views of Galapagos penguins, blue-footed and Nazca boobies…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Floreana Island Combination Day — </w:t>
      </w:r>
      <w:r>
        <w:rPr>
          <w:rFonts w:ascii="Arial" w:hAnsi="Arial" w:cs="Arial"/>
          <w:b w:val="0"/>
          <w:i w:val="0"/>
          <w:sz w:val="20"/>
        </w:rPr>
        <w:t>Many itineraries pair Champion Islet with nearby Floreana Island, adding a visit to the Post Office Bay barrel (a 19th-century…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Champion Wall — </w:t>
      </w:r>
      <w:r>
        <w:rPr>
          <w:rFonts w:ascii="Arial" w:hAnsi="Arial" w:cs="Arial"/>
          <w:b w:val="0"/>
          <w:i w:val="0"/>
          <w:sz w:val="20"/>
        </w:rPr>
        <w:t>The submerged coral wall at Champion is a renowned drift dive site covered in black and yellow corals, with frequent sightings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5:56AM–5:59PM · Jul 6:06AM–6:09PM · Sep 5:53AM–5:59PM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cruiseports.org/champion-island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Champion Islet, Floreana, Galapagos,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mpio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Post Office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Loberia Isla Floreana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