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Çeşme, İzmir Province, Turkey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breezy Aegean resort town where an Ottoman castle overlooks the marina and the charming stone lanes of Alaçatı are just 15 minutes away. Çeşme punches well above its size for a half-day port call.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6-8 hrs · 💵 Turkish Lira (TRY) · 🗣️ Turkish (English widely spoken in tourist areas)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pier in town centre — most ships dock alongside; very large vessels may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to castle &amp; marina; 10 min to main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beach lovers, foodies, windsurfing day-trippers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Alaçatı village &amp; windmills (15 min by taxi)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€8–10 — Taxis are available at the port entrance and use meters. Short trips around Çeşme cost roughly €8–10; confirm the fare 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BiTaksi, Marti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Çeşme Castle &amp; Archaeological Museum — </w:t>
      </w:r>
      <w:r>
        <w:rPr>
          <w:rFonts w:ascii="Arial" w:hAnsi="Arial" w:cs="Arial"/>
          <w:b w:val="0"/>
          <w:i w:val="0"/>
          <w:sz w:val="20"/>
        </w:rPr>
        <w:t>This well-preserved 16th-century Ottoman fortress dominates the waterfront, a 5-minute walk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Alaçatı Village &amp; Windmills — </w:t>
      </w:r>
      <w:r>
        <w:rPr>
          <w:rFonts w:ascii="Arial" w:hAnsi="Arial" w:cs="Arial"/>
          <w:b w:val="0"/>
          <w:i w:val="0"/>
          <w:sz w:val="20"/>
        </w:rPr>
        <w:t>Just 15 minutes by taxi, Alaçatı is one of the Aegean's best-preserved villages — cobbled lanes, bougainvillea-draped stone…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Ilıca Thermal Beach — </w:t>
      </w:r>
      <w:r>
        <w:rPr>
          <w:rFonts w:ascii="Arial" w:hAnsi="Arial" w:cs="Arial"/>
          <w:b w:val="0"/>
          <w:i w:val="0"/>
          <w:sz w:val="20"/>
        </w:rPr>
        <w:t>About 5 km from port, Ilıca Beach is famous for its shallow golden-sand shoreline fed by natural hot springs that warm the sea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Windsurfing &amp; Kitesurfing at Alaçatı — </w:t>
      </w:r>
      <w:r>
        <w:rPr>
          <w:rFonts w:ascii="Arial" w:hAnsi="Arial" w:cs="Arial"/>
          <w:b w:val="0"/>
          <w:i w:val="0"/>
          <w:sz w:val="20"/>
        </w:rPr>
        <w:t>Alaçatı's bay is a world-class windsurfing destination, regularly hosting international competitions.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City of Erythrai (Ildırı) — </w:t>
      </w:r>
      <w:r>
        <w:rPr>
          <w:rFonts w:ascii="Arial" w:hAnsi="Arial" w:cs="Arial"/>
          <w:b w:val="0"/>
          <w:i w:val="0"/>
          <w:sz w:val="20"/>
        </w:rPr>
        <w:t>About 25 minutes northeast of port, the ruins of ancient Ionian Erythrai include a theatre, temple of Athena, and city walls.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Castle Walk: </w:t>
      </w:r>
      <w:r>
        <w:rPr>
          <w:rFonts w:ascii="Arial" w:hAnsi="Arial" w:cs="Arial"/>
          <w:b w:val="0"/>
          <w:i w:val="0"/>
          <w:sz w:val="20"/>
        </w:rPr>
        <w:t>1.5 km · 30 min · Flat &amp; easy — From the cruise pier, stroll along the marina promenade past moored yachts and seafront cafés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Alaçatı Village Wander: </w:t>
      </w:r>
      <w:r>
        <w:rPr>
          <w:rFonts w:ascii="Arial" w:hAnsi="Arial" w:cs="Arial"/>
          <w:b w:val="0"/>
          <w:i w:val="0"/>
          <w:sz w:val="20"/>
        </w:rPr>
        <w:t>2 km in village · 45 min walking · Take taxi out &amp; back — Taxi to Alaçatı (15 min), then walk the main cobbled street (Kemalpaşa Caddesi) past the windmills…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6:03AM–8:18PM · Jul 6:03AM–8:37PM · Sep 6:56AM–7:22PM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cruiseports.org/cesme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Çeşme, İzmir Province, Turkey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sm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Çiftlik Köy Cami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Alacati debt Water Sports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Cesme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Ayios Haralambos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 Toy City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Güneşlenme Terası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