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Celebration Key, Grand Bahama, Bahamas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Carnival's purpose-built $600 million private destination on Grand Bahama's southern shore opened July 2025 — five distinct portals spread across 65 acres, from family lagoons and 10-story waterslides to an adults-only infinity-pool beach club.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 — no tender) · 🕒 Typical call: 7-9 hrs · 💵 USD &amp; BSD accepted; Sail &amp; Sign card · 🗣️ English · 🌴 Carnival Exclusive Destination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Dedicated pier — two ships simultaneously; direct walk-off,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Families, beach days, waterslides, adults-only lagoon retreats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Suncastle waterslides, Calypso Lagoon swim-up bar, Lokono Cove Bahamian crafts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Drink Packages: </w:t>
      </w:r>
      <w:r>
        <w:rPr>
          <w:rFonts w:ascii="Arial" w:hAnsi="Arial" w:cs="Arial"/>
          <w:b w:val="0"/>
          <w:i w:val="0"/>
          <w:sz w:val="20"/>
        </w:rPr>
        <w:t>Ship drink packages do NOT extend ashore; all beverages charged separately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$80+ roundtrip (minimum) — Independent taxis can take you to Freeport (~45–55 min drive, ~25–55 miles away). Carnival-set minimum roundtrip fare is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Suncastle Waterslides — </w:t>
      </w:r>
      <w:r>
        <w:rPr>
          <w:rFonts w:ascii="Arial" w:hAnsi="Arial" w:cs="Arial"/>
          <w:b w:val="0"/>
          <w:i w:val="0"/>
          <w:sz w:val="20"/>
        </w:rPr>
        <w:t>The 10-story Suncastle is the island's centerpiece — two racing waterslides drop you into the lagoon.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Calypso Lagoon Adult Swim-Up Bar — </w:t>
      </w:r>
      <w:r>
        <w:rPr>
          <w:rFonts w:ascii="Arial" w:hAnsi="Arial" w:cs="Arial"/>
          <w:b w:val="0"/>
          <w:i w:val="0"/>
          <w:sz w:val="20"/>
        </w:rPr>
        <w:t>One of the world's largest swim-up bars with 166 in-water seats, a DJ island, and swing chairs in the water — the adult hangout…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Pearl Cove Beach Club — </w:t>
      </w:r>
      <w:r>
        <w:rPr>
          <w:rFonts w:ascii="Arial" w:hAnsi="Arial" w:cs="Arial"/>
          <w:b w:val="0"/>
          <w:i w:val="0"/>
          <w:sz w:val="20"/>
        </w:rPr>
        <w:t>Exclusive adults-only (18+) retreat with an 11,000 sq ft infinity pool, private beach, elevated dining, and supervillas.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Lokono Cove Cultural Village — </w:t>
      </w:r>
      <w:r>
        <w:rPr>
          <w:rFonts w:ascii="Arial" w:hAnsi="Arial" w:cs="Arial"/>
          <w:b w:val="0"/>
          <w:i w:val="0"/>
          <w:sz w:val="20"/>
        </w:rPr>
        <w:t>Browse Bahamian artisan crafts, local art, handmade goods, and duty-free shopping in this cultural marketplace staffed by Grand…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Lucayan National Park &amp; Gold Rock Beach — </w:t>
      </w:r>
      <w:r>
        <w:rPr>
          <w:rFonts w:ascii="Arial" w:hAnsi="Arial" w:cs="Arial"/>
          <w:b w:val="0"/>
          <w:i w:val="0"/>
          <w:sz w:val="20"/>
        </w:rPr>
        <w:t>Off-island excursion to one of the world's largest explored underwater cave systems, then on to pristine Gold Rock Beach —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Portal Stroll: Paradise Plaza to Calypso Lagoon: </w:t>
      </w:r>
      <w:r>
        <w:rPr>
          <w:rFonts w:ascii="Arial" w:hAnsi="Arial" w:cs="Arial"/>
          <w:b w:val="0"/>
          <w:i w:val="0"/>
          <w:sz w:val="20"/>
        </w:rPr>
        <w:t>📍 ~0.5 mi · ⏱ 15 min · 🟢 Easy · 🏖 Beach route — Walk from the pier entry at Paradise Plaza along the beach path through Starfish Lagoon to Calypso…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6:27AM–7:54PM · Jul 6:31AM–8:09PM · Sep 7:00AM–7:18PM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cruiseports.org/celebration-key-bahamas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Celebration Key, Grand Bahama, Bahamas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elebration-key-bahama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Rand Nature Center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Calvary Temple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Jubilee Cathedral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Mermaid Pond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Port Lucaya Marina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Pinders Point Lighthouse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