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Cefalù, Sicily,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medieval Sicilian town huddled beneath a towering limestone rock, Cefalù packs a UNESCO cathedral, a sandy beach, and one of Sicily's most charming old towns into a single unhurried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💶 Currency: Euro (€) · 🗣️ Language: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to Porto Presidiana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5-10 min from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beaches, scenic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Christ Pantocrator mosaic in the Cathedral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€5–10 — Local taxis serve the port area with a base fare of €3–5 plus ~€1.50/km. Short rides within town are typically €5–8; use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Cefalù Cathedral &amp; Byzantine Mosaics — </w:t>
      </w:r>
      <w:r>
        <w:rPr>
          <w:rFonts w:ascii="Arial" w:hAnsi="Arial" w:cs="Arial"/>
          <w:b w:val="0"/>
          <w:i w:val="0"/>
          <w:sz w:val="20"/>
        </w:rPr>
        <w:t>The 12th-century Norman Duomo di Cefalù is a UNESCO World Heritage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La Rocca — </w:t>
      </w:r>
      <w:r>
        <w:rPr>
          <w:rFonts w:ascii="Arial" w:hAnsi="Arial" w:cs="Arial"/>
          <w:b w:val="0"/>
          <w:i w:val="0"/>
          <w:sz w:val="20"/>
        </w:rPr>
        <w:t>A steep but rewarding climb up the limestone crag above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Museo Mandralisca — </w:t>
      </w:r>
      <w:r>
        <w:rPr>
          <w:rFonts w:ascii="Arial" w:hAnsi="Arial" w:cs="Arial"/>
          <w:b w:val="0"/>
          <w:i w:val="0"/>
          <w:sz w:val="20"/>
        </w:rPr>
        <w:t>A small but excellent museum housing the famous 'Portrait of an Unknown Man' by Antonello da Messina, plus Greek ceramics, coins…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Cefalù Beach (Lungomare) — </w:t>
      </w:r>
      <w:r>
        <w:rPr>
          <w:rFonts w:ascii="Arial" w:hAnsi="Arial" w:cs="Arial"/>
          <w:b w:val="0"/>
          <w:i w:val="0"/>
          <w:sz w:val="20"/>
        </w:rPr>
        <w:t>One of Sicily's finest sandy town beaches stretches right along the lungomare.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Boat Tour — </w:t>
      </w:r>
      <w:r>
        <w:rPr>
          <w:rFonts w:ascii="Arial" w:hAnsi="Arial" w:cs="Arial"/>
          <w:b w:val="0"/>
          <w:i w:val="0"/>
          <w:sz w:val="20"/>
        </w:rPr>
        <w:t>Hop on a small-group or private boat from Porto Presidiana to explore sea caves, hidden coves, and snorkelling spots along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Cathedral Loop: </w:t>
      </w:r>
      <w:r>
        <w:rPr>
          <w:rFonts w:ascii="Arial" w:hAnsi="Arial" w:cs="Arial"/>
          <w:b w:val="0"/>
          <w:i w:val="0"/>
          <w:sz w:val="20"/>
        </w:rPr>
        <w:t>1.5 km · 45 min · Easy — From the tender dock, stroll along the waterfront to the old harbour (Porticciolo), then head 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Rocca Hike: </w:t>
      </w:r>
      <w:r>
        <w:rPr>
          <w:rFonts w:ascii="Arial" w:hAnsi="Arial" w:cs="Arial"/>
          <w:b w:val="0"/>
          <w:i w:val="0"/>
          <w:sz w:val="20"/>
        </w:rPr>
        <w:t>2.5 km return · 1.5-2 hrs · Moderate-strenuous — From the town centre, follow the signed path up to La Rocca.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5:53AM–8:07PM · Jul 5:53AM–8:25PM · Sep 6:45AM–7:11PM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cruiseports.org/cefalu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Cefalù, Sicily,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fal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Duomo di Cefalù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Gole di Tiberio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Ruins of Cefalù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Mandralisca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Castello di Roccella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Santo Stefano Protomartire del Purgatorio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Civic Museum of Castelbuono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