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Cebu City, Cebu, Philippines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Queen City of the South packs 500 years of Spanish colonial history into a walkable downtown — then throws in whale sharks, Bohol's Chocolate Hills, and some of the Philippines' clearest island waters just a short ride away.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(Port of Cebu) · 🕒 Typical call: 8-12 hrs · 💵 Philippine Peso (PHP) · 🗣️ Filipino / Cebuano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Ships berth at the Port of Cebu, Pier 1 or Pier 2, North Reclamation Area — fort and heritage core within easy walking distance.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Fort San Pedro is steps from Pier 1; Magellan's Cross and the Basilica are ~700 m (10-min walk).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Colonial history, Bohol day trips (Chocolate Hills, tarsiers), whale shark encounters, island hopping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Basilica Minore del Santo Niño — the Philippines' oldest church, founded 1565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PHP 100–130 — Metered taxis wait at Pier 1 and nearby piers. Base fare is ~PHP 40 with ~PHP 13.50/km; the city center is only a few km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Grab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Cebu Heritage Walking Tour — </w:t>
      </w:r>
      <w:r>
        <w:rPr>
          <w:rFonts w:ascii="Arial" w:hAnsi="Arial" w:cs="Arial"/>
          <w:b w:val="0"/>
          <w:i w:val="0"/>
          <w:sz w:val="20"/>
        </w:rPr>
        <w:t>Hit the colonial core on foot: Fort San Pedro (oldest fort in the Philippines), Magellan's Cross in its octagonal chapel,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Whale Shark Encounter at Oslob — </w:t>
      </w:r>
      <w:r>
        <w:rPr>
          <w:rFonts w:ascii="Arial" w:hAnsi="Arial" w:cs="Arial"/>
          <w:b w:val="0"/>
          <w:i w:val="0"/>
          <w:sz w:val="20"/>
        </w:rPr>
        <w:t>About 3 hours south of Cebu City, Oslob is one of the world's most reliable spots to swim alongside whale sharks.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Bohol Day Trip — Chocolate Hills &amp; Tarsiers — </w:t>
      </w:r>
      <w:r>
        <w:rPr>
          <w:rFonts w:ascii="Arial" w:hAnsi="Arial" w:cs="Arial"/>
          <w:b w:val="0"/>
          <w:i w:val="0"/>
          <w:sz w:val="20"/>
        </w:rPr>
        <w:t>A fast ferry to Tagbilaran or Tubigon opens up Bohol's greatest hits: the otherworldly Chocolate Hills, the Philippine Tarsier…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Kawasan Falls Canyoneering — </w:t>
      </w:r>
      <w:r>
        <w:rPr>
          <w:rFonts w:ascii="Arial" w:hAnsi="Arial" w:cs="Arial"/>
          <w:b w:val="0"/>
          <w:i w:val="0"/>
          <w:sz w:val="20"/>
        </w:rPr>
        <w:t>Cliff-jump and wade through the turquoise gorge of Kawasan Falls in Badian, 3 hours southwest of Cebu City.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Island Hopping — Hilutungan &amp; Nalusuan — </w:t>
      </w:r>
      <w:r>
        <w:rPr>
          <w:rFonts w:ascii="Arial" w:hAnsi="Arial" w:cs="Arial"/>
          <w:b w:val="0"/>
          <w:i w:val="0"/>
          <w:sz w:val="20"/>
        </w:rPr>
        <w:t>Quick boat tours out of Mactan Island visit the marine sanctuary at Hilutungan, snorkel over coral gardens, stop at the…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Colonial Cebu Heritage Loop: </w:t>
      </w:r>
      <w:r>
        <w:rPr>
          <w:rFonts w:ascii="Arial" w:hAnsi="Arial" w:cs="Arial"/>
          <w:b w:val="0"/>
          <w:i w:val="0"/>
          <w:sz w:val="20"/>
        </w:rPr>
        <w:t>~1.5 km | 45-60 min | Easy | Mostly flat — Walk directly from Pier 1 to Fort San Pedro, then north to Plaza Independencia, Magellan's Cross…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Colon Street Stroll: </w:t>
      </w:r>
      <w:r>
        <w:rPr>
          <w:rFonts w:ascii="Arial" w:hAnsi="Arial" w:cs="Arial"/>
          <w:b w:val="0"/>
          <w:i w:val="0"/>
          <w:sz w:val="20"/>
        </w:rPr>
        <w:t>~1 km | 30 min | Easy — Head up to Colon Street — the oldest street in the Philippines — for a taste of Cebu's chaotic…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26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5:23AM–5:58PM · Jul 5:30AM–6:10PM · Sep 5:34AM–5:44PM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cruiseports.org/cebu-city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Cebu City, Cebu, Philippines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ebu-city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Magellan's Marker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Sky Experience Adventure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The Archdiocesan Shrine of the Most Sacred Heart of Jesus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Magellan's Cross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Papa Kit's Marina and Fishing Lagoon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Archival's Eco-House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TOPS Cebu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Santo Tomas de Villanueva Parish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