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Cayo Rico, Canarreos Archipelago, Cuba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tiny, uninhabited cay in Cuba's Canarreos Archipelago, Cayo Rico delivers an authentic deserted-island experience — white-sand beaches, crystal-green shallows, coral reefs, and a resident iguana population that greets you on arrival.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4-6 hrs · 💵 Cuban Peso (CUP) / USD accepted · 🗣️ Spanish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— ships anchor offshore; small boats ferry guests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N/A — uninhabited island; all activity is on the beach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Snorkeling, beach relaxation, and iguana encounters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Cayo Iguana boat trip — hundreds of friendly iguanas in the wild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Cayo Iguana Boat Trip — </w:t>
      </w:r>
      <w:r>
        <w:rPr>
          <w:rFonts w:ascii="Arial" w:hAnsi="Arial" w:cs="Arial"/>
          <w:b w:val="0"/>
          <w:i w:val="0"/>
          <w:sz w:val="20"/>
        </w:rPr>
        <w:t>A short boat ride to the adjacent Cayo Iguana, home to hundreds of friendly iguanas completely accustomed to visitors.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Coral Reef Snorkeling — </w:t>
      </w:r>
      <w:r>
        <w:rPr>
          <w:rFonts w:ascii="Arial" w:hAnsi="Arial" w:cs="Arial"/>
          <w:b w:val="0"/>
          <w:i w:val="0"/>
          <w:sz w:val="20"/>
        </w:rPr>
        <w:t>The waters around Cayo Rico sit atop healthy Caribbean coral reefs.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Day with Lunch &amp; Open Bar — </w:t>
      </w:r>
      <w:r>
        <w:rPr>
          <w:rFonts w:ascii="Arial" w:hAnsi="Arial" w:cs="Arial"/>
          <w:b w:val="0"/>
          <w:i w:val="0"/>
          <w:sz w:val="20"/>
        </w:rPr>
        <w:t>The classic Cayo Rico package: a trimaran or local vessel sails you over, you get beach time on pristine white sand, then a fresh…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Guided Nature Walk &amp; Ecology Talk — </w:t>
      </w:r>
      <w:r>
        <w:rPr>
          <w:rFonts w:ascii="Arial" w:hAnsi="Arial" w:cs="Arial"/>
          <w:b w:val="0"/>
          <w:i w:val="0"/>
          <w:sz w:val="20"/>
        </w:rPr>
        <w:t>Cuban naturalist guides lead small groups around the cay's shoreline, explaining the unique ecosystem — endemic birds, reptiles…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Beach Shoreline Stroll: </w:t>
      </w:r>
      <w:r>
        <w:rPr>
          <w:rFonts w:ascii="Arial" w:hAnsi="Arial" w:cs="Arial"/>
          <w:b w:val="0"/>
          <w:i w:val="0"/>
          <w:sz w:val="20"/>
        </w:rPr>
        <w:t>~30 min · Easy · Sand/flat — Walk the length of the accessible beach from the tender landing point along the western shore.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7:07AM–7:46PM · Jun 6:44AM–8:10PM · Aug 7:05AM–7:56PM · Sep 7:13AM–7:29PM · Oct 7:22AM–7:01PM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Bring your own snorkel gear if you have it — rental gear on ship excursions can be limited in quality.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No shade on the beach — bring a hat, strong sunscreen (reef-safe preferred), and a cover-up. The tropical sun is intense.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Cash only, bring little — there are no vendors or ATMs on the island. A small amount of USD may be useful for tips to boat crew.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cruiseports.org/cayo-rico-cuba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