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Catalina Island,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Twenty-six miles off the Southern California coast, Avalon charms cruise visitors with turquoise waters, a beloved Art Deco ballroom, and resident bison roaming the island's rugged interior. Everything worth seeing is steps from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7-9 hrs · 💵 USD · 🗣️ English · 🇺🇸 No passport needed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ships anchor in Avalon Bay; tender boats land at Green Pleasure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Immediate — Avalon's shops, restaurants, and beach are steps from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glass-bottom boat tours, golf-cart sightseeing, Art Deco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Catalina Casino landmark (not a gambling hall), Wrigley Memorial &amp; Botanic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$5.95 meter start + $1.60/min — Avalon Taxi Service meets every boat at the terminal with 7-passenger vans. A $3 road maintenance fee and fuel surcharge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Boat &amp; Semi-Submersible Tour — </w:t>
      </w:r>
      <w:r>
        <w:rPr>
          <w:rFonts w:ascii="Arial" w:hAnsi="Arial" w:cs="Arial"/>
          <w:b w:val="0"/>
          <w:i w:val="0"/>
          <w:sz w:val="20"/>
        </w:rPr>
        <w:t>Peer into Avalon's kelp forests and Lover's Cove Marine Preserve without getting wet.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Catalina Zip-Line Eco Tour — </w:t>
      </w:r>
      <w:r>
        <w:rPr>
          <w:rFonts w:ascii="Arial" w:hAnsi="Arial" w:cs="Arial"/>
          <w:b w:val="0"/>
          <w:i w:val="0"/>
          <w:sz w:val="20"/>
        </w:rPr>
        <w:t>Five zip-lines fly you over Descanso Canyon at up to 45 mph with sweeping views of the harbor and Pacific.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Catalina Casino Tour — </w:t>
      </w:r>
      <w:r>
        <w:rPr>
          <w:rFonts w:ascii="Arial" w:hAnsi="Arial" w:cs="Arial"/>
          <w:b w:val="0"/>
          <w:i w:val="0"/>
          <w:sz w:val="20"/>
        </w:rPr>
        <w:t>The 1929 Art Deco landmark was never a gambling house — 'casino' is Italian for 'little house' and here signifies a place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Jeep Interior Eco-Tour — </w:t>
      </w:r>
      <w:r>
        <w:rPr>
          <w:rFonts w:ascii="Arial" w:hAnsi="Arial" w:cs="Arial"/>
          <w:b w:val="0"/>
          <w:i w:val="0"/>
          <w:sz w:val="20"/>
        </w:rPr>
        <w:t>Venture beyond Avalon into Catalina's rugged backcountry to spot the island's famous bison herd, golden eagles, island foxes,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Casino Point Dive Park — </w:t>
      </w:r>
      <w:r>
        <w:rPr>
          <w:rFonts w:ascii="Arial" w:hAnsi="Arial" w:cs="Arial"/>
          <w:b w:val="0"/>
          <w:i w:val="0"/>
          <w:sz w:val="20"/>
        </w:rPr>
        <w:t>Avalon's Casino Point is an official underwater park with exceptional visibility.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Avalon Waterfront Stroll: </w:t>
      </w:r>
      <w:r>
        <w:rPr>
          <w:rFonts w:ascii="Arial" w:hAnsi="Arial" w:cs="Arial"/>
          <w:b w:val="0"/>
          <w:i w:val="0"/>
          <w:sz w:val="20"/>
        </w:rPr>
        <w:t>1 mile · Flat · 30–45 min — Walk Crescent Avenue from Green Pleasure Pier west to the Catalina Casino, passing boutique 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Hermit Gulch Trail: </w:t>
      </w:r>
      <w:r>
        <w:rPr>
          <w:rFonts w:ascii="Arial" w:hAnsi="Arial" w:cs="Arial"/>
          <w:b w:val="0"/>
          <w:i w:val="0"/>
          <w:sz w:val="20"/>
        </w:rPr>
        <w:t>2 miles round-trip · Moderate · 1–1.5 hrs — Head up Avalon Canyon Road from town to pick up this trail past the campground.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5:53AM–7:46PM · Jul 5:55AM–8:03PM · Sep 6:37AM–6:58PM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cruiseports.org/catalina-island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Catalina Island,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talin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Wrigley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Catalina Island Company Ticket Booth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Catalina Museum For Art &amp; History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IMMERSED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Ballroom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