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Cat Island,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least-visited Out Islands, Cat Island trades cruise-ship bustle for pink sand beaches, a hand-built hilltop monastery, and the birthplace of Rake 'n' Scrape music.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— no cruise pier · 🕒 Typical call: 6-8 hrs · 💵 BSD / USD accepted everywhere · 🗣️ English · 🏖️ Uncrowded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tenders land at New Bight government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New Bight village is steps from the pier; shops and the Fish Fry strip are within a short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Hikers, beach lovers, divers, and anyone craving an authentic, crowd-free Bahamas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Mount Alvernia (The Hermitage) — highest point in the Bahamas at 206 ft, with a medieval monastery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Negotiated — Taxis meet passengers at the pier for trips to beaches, The Hermitage, and other island sites. Agree on fare and pickup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Mount Alvernia &amp; The Hermitage — </w:t>
      </w:r>
      <w:r>
        <w:rPr>
          <w:rFonts w:ascii="Arial" w:hAnsi="Arial" w:cs="Arial"/>
          <w:b w:val="0"/>
          <w:i w:val="0"/>
          <w:sz w:val="20"/>
        </w:rPr>
        <w:t>At 206 ft, Mount Alvernia is the highest point in the Bahamas.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Greenwood Beach — </w:t>
      </w:r>
      <w:r>
        <w:rPr>
          <w:rFonts w:ascii="Arial" w:hAnsi="Arial" w:cs="Arial"/>
          <w:b w:val="0"/>
          <w:i w:val="0"/>
          <w:sz w:val="20"/>
        </w:rPr>
        <w:t>Eight miles of pink-tinged sand facing the Atlantic Ocean on the island's east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Diving &amp; Snorkeling the Blue Holes — </w:t>
      </w:r>
      <w:r>
        <w:rPr>
          <w:rFonts w:ascii="Arial" w:hAnsi="Arial" w:cs="Arial"/>
          <w:b w:val="0"/>
          <w:i w:val="0"/>
          <w:sz w:val="20"/>
        </w:rPr>
        <w:t>Cat Island sits on the edge of the deep Exuma Sound.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Plantation Ruins &amp; Columbus Point — </w:t>
      </w:r>
      <w:r>
        <w:rPr>
          <w:rFonts w:ascii="Arial" w:hAnsi="Arial" w:cs="Arial"/>
          <w:b w:val="0"/>
          <w:i w:val="0"/>
          <w:sz w:val="20"/>
        </w:rPr>
        <w:t>Cat Island's interior holds the ruins of 18th-century cotton plantations, slave huts, and Arawak caves near Columbus 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Griffin Bat Cave — </w:t>
      </w:r>
      <w:r>
        <w:rPr>
          <w:rFonts w:ascii="Arial" w:hAnsi="Arial" w:cs="Arial"/>
          <w:b w:val="0"/>
          <w:i w:val="0"/>
          <w:sz w:val="20"/>
        </w:rPr>
        <w:t>Thousands of bats roost in this limestone cave near New Bight.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Mount Alvernia: </w:t>
      </w:r>
      <w:r>
        <w:rPr>
          <w:rFonts w:ascii="Arial" w:hAnsi="Arial" w:cs="Arial"/>
          <w:b w:val="0"/>
          <w:i w:val="0"/>
          <w:sz w:val="20"/>
        </w:rPr>
        <w:t>2.5 miles one-way | Moderate | ~2 hrs return — Walk or taxi south from New Bight pier to the base of Mount Alvernia (Como Hill), then hike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Bight Village Stroll: </w:t>
      </w:r>
      <w:r>
        <w:rPr>
          <w:rFonts w:ascii="Arial" w:hAnsi="Arial" w:cs="Arial"/>
          <w:b w:val="0"/>
          <w:i w:val="0"/>
          <w:sz w:val="20"/>
        </w:rPr>
        <w:t>0.5 miles | Easy | 30 min — From the pier, wander through New Bight's quiet lanes to the Fish Fry strip, the small craft…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6:18AM–7:38PM · Jul 6:23AM–7:52PM · Sep 6:48AM–7:05PM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cruiseports.org/cat-island-bahamas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