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Castellammare di Stabia, Campania, Italy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Perched at the foot of Mount Faito on the Gulf of Naples, Castellammare di Stabia hides Roman villas buried by Vesuvius, mineral springs prized since antiquity, and a waterfront that launches ferries straight to Capri and the Amalfi Coast.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(Stabia Main Port) · 🕒 Typical call: 8-10 hrs · 💶 Euro (€) · 🗣️ Italian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Docked at Stabia Main Port; pier is a short walk or taxi ride from the town center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~15 min walk to Lungomare and Piazza Fontana Grande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Roman archaeology, thermal baths, day trips to Pompeii, Capri ferry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Free Roman villas at Scavi di Stabia — Villa Arianna and Villa San Marco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€7–€12 — Taxis available at stands near Piazza Municipio, the Circumvesuviana station, and seasonally at Porto di Stabia ferry pi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Scavi di Stabia — Free Roman Villas — </w:t>
      </w:r>
      <w:r>
        <w:rPr>
          <w:rFonts w:ascii="Arial" w:hAnsi="Arial" w:cs="Arial"/>
          <w:b w:val="0"/>
          <w:i w:val="0"/>
          <w:sz w:val="20"/>
        </w:rPr>
        <w:t>Villa Arianna and Villa San Marco are lavishly frescoed Roman resort villas buried by Vesuvius in 79 AD.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Mount Faito by Cable Car — </w:t>
      </w:r>
      <w:r>
        <w:rPr>
          <w:rFonts w:ascii="Arial" w:hAnsi="Arial" w:cs="Arial"/>
          <w:b w:val="0"/>
          <w:i w:val="0"/>
          <w:sz w:val="20"/>
        </w:rPr>
        <w:t>The funivia (cable car) climbs from the town center to the forested summit of Monte Faito at 1,100 m, rewarding you with sweeping…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Pompeii Day Trip — </w:t>
      </w:r>
      <w:r>
        <w:rPr>
          <w:rFonts w:ascii="Arial" w:hAnsi="Arial" w:cs="Arial"/>
          <w:b w:val="0"/>
          <w:i w:val="0"/>
          <w:sz w:val="20"/>
        </w:rPr>
        <w:t>Castellammare di Stabia is one stop from Pompeii on the Circumvesuviana train — a 15-minute ride puts you at the UNESCO World…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Terme Stabiane Thermal Baths — </w:t>
      </w:r>
      <w:r>
        <w:rPr>
          <w:rFonts w:ascii="Arial" w:hAnsi="Arial" w:cs="Arial"/>
          <w:b w:val="0"/>
          <w:i w:val="0"/>
          <w:sz w:val="20"/>
        </w:rPr>
        <w:t>Castellammare's mineral springs have been bottled since Roman times.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Capri Ferry Day Trip — </w:t>
      </w:r>
      <w:r>
        <w:rPr>
          <w:rFonts w:ascii="Arial" w:hAnsi="Arial" w:cs="Arial"/>
          <w:b w:val="0"/>
          <w:i w:val="0"/>
          <w:sz w:val="20"/>
        </w:rPr>
        <w:t>Fast ferries to Capri depart year-round from the port, making it one of the closer embarkation points for the island.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Lungomare &amp; Historic Center Stroll: </w:t>
      </w:r>
      <w:r>
        <w:rPr>
          <w:rFonts w:ascii="Arial" w:hAnsi="Arial" w:cs="Arial"/>
          <w:b w:val="0"/>
          <w:i w:val="0"/>
          <w:sz w:val="20"/>
        </w:rPr>
        <w:t>2 km · 45 min · Easy · Flat — Walk north from the port along the Lungomare waterfront to Villa Comunale (public gardens with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Cable Car to Monte Faito Summit: </w:t>
      </w:r>
      <w:r>
        <w:rPr>
          <w:rFonts w:ascii="Arial" w:hAnsi="Arial" w:cs="Arial"/>
          <w:b w:val="0"/>
          <w:i w:val="0"/>
          <w:sz w:val="20"/>
        </w:rPr>
        <w:t>Funivia ride · 2-3 hrs round trip · Easy (cable car) · Best Apr–Oct — From the funivia station near Piazza Vittorio Veneto, the cable car lifts you to Monte Faito's…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5:45AM–8:12PM · Jul 5:44AM–8:31PM · Sep 6:43AM–7:10PM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cruiseports.org/castellammare-di-stabia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Castellammare di Stabia, Campania, Italy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astellammare-di-stabia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House of Meleager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Macellum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Amphitheatre of Pompeii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Temple of Isis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The brothel of Pompeii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Temple of Venus in Pompeii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Castello del Parco Fienga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